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E9FEC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t>ΜΕΛΕΤΗ ΠΕΡΙΒΑΛΛΟΝΤΟΣ Δ΄ ΔΗΜΟΤΙΚΟΥ | ΦΥΛΛΟ ΕΡΓΑΣΙΑΣ 1</w:t>
      </w:r>
    </w:p>
    <w:p w14:paraId="553A1087" w14:textId="77777777" w:rsidR="00E03065" w:rsidRPr="00C31113" w:rsidRDefault="00000000">
      <w:pPr>
        <w:rPr>
          <w:rFonts w:asciiTheme="majorHAnsi" w:hAnsiTheme="majorHAnsi" w:cstheme="majorHAnsi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ΘΡΑΚΗ</w:t>
      </w:r>
    </w:p>
    <w:p w14:paraId="2F98E52F" w14:textId="3228A01F" w:rsidR="00E03065" w:rsidRPr="00DF5B42" w:rsidRDefault="00000000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="00DF5B42"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="00DF5B42"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</w:t>
      </w:r>
      <w:r w:rsidR="00DF5B42" w:rsidRPr="00DF5B42">
        <w:rPr>
          <w:rFonts w:asciiTheme="majorHAnsi" w:hAnsiTheme="majorHAnsi" w:cstheme="majorHAnsi"/>
          <w:sz w:val="24"/>
          <w:szCs w:val="32"/>
          <w:lang w:val="el-GR"/>
        </w:rPr>
        <w:t>.........</w:t>
      </w:r>
    </w:p>
    <w:p w14:paraId="179D0342" w14:textId="06F68B2C" w:rsidR="00E03065" w:rsidRPr="00DF5B42" w:rsidRDefault="00000000">
      <w:pPr>
        <w:rPr>
          <w:rFonts w:asciiTheme="majorHAnsi" w:hAnsiTheme="majorHAnsi" w:cstheme="majorHAnsi"/>
          <w:sz w:val="22"/>
          <w:szCs w:val="24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 xml:space="preserve">1. Γεωγραφική Θέση </w:t>
      </w:r>
      <w:r w:rsid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 xml:space="preserve"> Σύνορα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DF5B42" w:rsidRPr="00DF5B42" w14:paraId="0A822E3F" w14:textId="77777777" w:rsidTr="00DF5B42">
        <w:trPr>
          <w:trHeight w:val="416"/>
          <w:jc w:val="center"/>
        </w:trPr>
        <w:tc>
          <w:tcPr>
            <w:tcW w:w="2160" w:type="dxa"/>
            <w:shd w:val="clear" w:color="auto" w:fill="F1F5F9"/>
          </w:tcPr>
          <w:p w14:paraId="01EF3503" w14:textId="699C6AA8" w:rsidR="00DF5B42" w:rsidRPr="00DF5B42" w:rsidRDefault="00DF5B42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50D15A4D" w14:textId="5EDDC1B3" w:rsidR="00DF5B42" w:rsidRPr="00DF5B42" w:rsidRDefault="00DF5B42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………………………………………………………………………..</w:t>
            </w:r>
          </w:p>
        </w:tc>
      </w:tr>
      <w:tr w:rsidR="00E03065" w:rsidRPr="00DF5B42" w14:paraId="580176AE" w14:textId="77777777" w:rsidTr="00DF5B42">
        <w:trPr>
          <w:trHeight w:val="284"/>
          <w:jc w:val="center"/>
        </w:trPr>
        <w:tc>
          <w:tcPr>
            <w:tcW w:w="2160" w:type="dxa"/>
            <w:shd w:val="clear" w:color="auto" w:fill="F1F5F9"/>
          </w:tcPr>
          <w:p w14:paraId="7D92C3E1" w14:textId="77777777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Βόρει</w:t>
            </w:r>
            <w:proofErr w:type="spellEnd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027184D4" w14:textId="5246FFC8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DF5B42">
              <w:rPr>
                <w:rFonts w:asciiTheme="majorHAnsi" w:hAnsiTheme="majorHAnsi" w:cstheme="majorHAnsi"/>
                <w:sz w:val="24"/>
                <w:szCs w:val="32"/>
              </w:rPr>
              <w:t>Β</w:t>
            </w:r>
            <w:r w:rsidR="00DF5B42"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</w:t>
            </w:r>
            <w:proofErr w:type="gramStart"/>
            <w:r w:rsidR="00DF5B42"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…..</w:t>
            </w:r>
            <w:proofErr w:type="gramEnd"/>
            <w:r w:rsidRPr="00DF5B42">
              <w:rPr>
                <w:rFonts w:asciiTheme="majorHAnsi" w:hAnsiTheme="majorHAnsi" w:cstheme="majorHAnsi"/>
                <w:sz w:val="24"/>
                <w:szCs w:val="32"/>
              </w:rPr>
              <w:t xml:space="preserve"> (</w:t>
            </w:r>
            <w:proofErr w:type="spellStart"/>
            <w:r w:rsidRPr="00DF5B42">
              <w:rPr>
                <w:rFonts w:asciiTheme="majorHAnsi" w:hAnsiTheme="majorHAnsi" w:cstheme="majorHAnsi"/>
                <w:sz w:val="24"/>
                <w:szCs w:val="32"/>
              </w:rPr>
              <w:t>Οροσειρά</w:t>
            </w:r>
            <w:proofErr w:type="spellEnd"/>
            <w:r w:rsidRPr="00DF5B42">
              <w:rPr>
                <w:rFonts w:asciiTheme="majorHAnsi" w:hAnsiTheme="majorHAnsi" w:cstheme="majorHAnsi"/>
                <w:sz w:val="24"/>
                <w:szCs w:val="32"/>
              </w:rPr>
              <w:t xml:space="preserve"> </w:t>
            </w:r>
            <w:proofErr w:type="spellStart"/>
            <w:r w:rsidRPr="00DF5B42">
              <w:rPr>
                <w:rFonts w:asciiTheme="majorHAnsi" w:hAnsiTheme="majorHAnsi" w:cstheme="majorHAnsi"/>
                <w:sz w:val="24"/>
                <w:szCs w:val="32"/>
              </w:rPr>
              <w:t>Ροδό</w:t>
            </w:r>
            <w:proofErr w:type="spellEnd"/>
            <w:r w:rsidRPr="00DF5B42">
              <w:rPr>
                <w:rFonts w:asciiTheme="majorHAnsi" w:hAnsiTheme="majorHAnsi" w:cstheme="majorHAnsi"/>
                <w:sz w:val="24"/>
                <w:szCs w:val="32"/>
              </w:rPr>
              <w:t>πης)</w:t>
            </w:r>
          </w:p>
        </w:tc>
      </w:tr>
      <w:tr w:rsidR="00E03065" w:rsidRPr="00DF5B42" w14:paraId="42CDDDEF" w14:textId="77777777" w:rsidTr="00DF5B42">
        <w:trPr>
          <w:trHeight w:val="284"/>
          <w:jc w:val="center"/>
        </w:trPr>
        <w:tc>
          <w:tcPr>
            <w:tcW w:w="2160" w:type="dxa"/>
            <w:shd w:val="clear" w:color="auto" w:fill="F1F5F9"/>
          </w:tcPr>
          <w:p w14:paraId="4B32DDDC" w14:textId="77777777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Ανατολικά:</w:t>
            </w:r>
          </w:p>
        </w:tc>
        <w:tc>
          <w:tcPr>
            <w:tcW w:w="7632" w:type="dxa"/>
            <w:shd w:val="clear" w:color="auto" w:fill="FFFFFF"/>
          </w:tcPr>
          <w:p w14:paraId="797619EF" w14:textId="66717CE0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Τ</w:t>
            </w:r>
            <w:r w:rsidR="00DF5B42"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</w:t>
            </w: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(Ποταμός Έβρος)</w:t>
            </w:r>
          </w:p>
        </w:tc>
      </w:tr>
      <w:tr w:rsidR="00E03065" w:rsidRPr="00DF5B42" w14:paraId="75C1C5E0" w14:textId="77777777" w:rsidTr="00DF5B42">
        <w:trPr>
          <w:trHeight w:val="284"/>
          <w:jc w:val="center"/>
        </w:trPr>
        <w:tc>
          <w:tcPr>
            <w:tcW w:w="2160" w:type="dxa"/>
            <w:shd w:val="clear" w:color="auto" w:fill="F1F5F9"/>
          </w:tcPr>
          <w:p w14:paraId="6EC7FA41" w14:textId="77777777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</w:t>
            </w:r>
            <w:proofErr w:type="spellEnd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08D8870D" w14:textId="29EBC203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Μ</w:t>
            </w:r>
            <w:r w:rsidR="00DF5B42"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…………………………… </w:t>
            </w: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(Ποταμός Νέστος)</w:t>
            </w:r>
          </w:p>
        </w:tc>
      </w:tr>
      <w:tr w:rsidR="00E03065" w:rsidRPr="00DF5B42" w14:paraId="74BAC14C" w14:textId="77777777" w:rsidTr="00DF5B42">
        <w:trPr>
          <w:trHeight w:val="284"/>
          <w:jc w:val="center"/>
        </w:trPr>
        <w:tc>
          <w:tcPr>
            <w:tcW w:w="2160" w:type="dxa"/>
            <w:shd w:val="clear" w:color="auto" w:fill="F1F5F9"/>
          </w:tcPr>
          <w:p w14:paraId="25D11F82" w14:textId="77777777" w:rsidR="00E03065" w:rsidRPr="00DF5B42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Νότι</w:t>
            </w:r>
            <w:proofErr w:type="spellEnd"/>
            <w:r w:rsidRPr="00DF5B42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62B27EE3" w14:textId="3C8479BA" w:rsidR="00E03065" w:rsidRPr="00DF5B42" w:rsidRDefault="00DF5B42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DF5B42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………………………………………………….</w:t>
            </w:r>
          </w:p>
        </w:tc>
      </w:tr>
    </w:tbl>
    <w:p w14:paraId="7ED97F76" w14:textId="4E0AE147" w:rsidR="00E03065" w:rsidRPr="00DF5B42" w:rsidRDefault="00E03065" w:rsidP="00DF5B42">
      <w:pPr>
        <w:spacing w:after="120"/>
        <w:rPr>
          <w:rFonts w:asciiTheme="majorHAnsi" w:hAnsiTheme="majorHAnsi" w:cstheme="majorHAnsi"/>
          <w:lang w:val="el-GR"/>
        </w:rPr>
      </w:pPr>
    </w:p>
    <w:p w14:paraId="78FBD211" w14:textId="01047091" w:rsidR="00E03065" w:rsidRPr="00DF5B42" w:rsidRDefault="00DF5B42">
      <w:pPr>
        <w:rPr>
          <w:rFonts w:asciiTheme="majorHAnsi" w:hAnsiTheme="majorHAnsi" w:cstheme="majorHAnsi"/>
          <w:sz w:val="22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="00000000"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="00000000"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="00000000"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DF5B42" w:rsidRPr="00DF5B42" w14:paraId="1C7021F5" w14:textId="77777777" w:rsidTr="00C23AD4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237F2DB0" w14:textId="4E63A868" w:rsidR="00DF5B42" w:rsidRPr="00DF5B42" w:rsidRDefault="00DF5B42" w:rsidP="00DF5B42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 w:rsidR="00C31113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610874A7" w14:textId="12D4D96E" w:rsidR="00DF5B42" w:rsidRPr="00DF5B42" w:rsidRDefault="00DF5B42" w:rsidP="00DF5B42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 w:rsidR="00C31113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DF5B42" w:rsidRPr="00DF5B42" w14:paraId="473001D4" w14:textId="77777777" w:rsidTr="00C23AD4">
        <w:trPr>
          <w:trHeight w:val="454"/>
        </w:trPr>
        <w:tc>
          <w:tcPr>
            <w:tcW w:w="4608" w:type="dxa"/>
            <w:vAlign w:val="center"/>
          </w:tcPr>
          <w:p w14:paraId="14D36E14" w14:textId="39608107" w:rsidR="00DF5B42" w:rsidRPr="00DF5B42" w:rsidRDefault="00DF5B42" w:rsidP="00DF5B42">
            <w:pPr>
              <w:pStyle w:val="aa"/>
              <w:numPr>
                <w:ilvl w:val="0"/>
                <w:numId w:val="10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Ε………………………………………</w:t>
            </w:r>
          </w:p>
        </w:tc>
        <w:tc>
          <w:tcPr>
            <w:tcW w:w="3701" w:type="dxa"/>
            <w:vAlign w:val="center"/>
          </w:tcPr>
          <w:p w14:paraId="0E329FFA" w14:textId="4F4F9F5F" w:rsidR="00DF5B42" w:rsidRPr="00DF5B42" w:rsidRDefault="00DF5B42" w:rsidP="00DF5B42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DF5B42" w:rsidRPr="00DF5B42" w14:paraId="58D215A4" w14:textId="77777777" w:rsidTr="00C23AD4">
        <w:trPr>
          <w:trHeight w:val="454"/>
        </w:trPr>
        <w:tc>
          <w:tcPr>
            <w:tcW w:w="4608" w:type="dxa"/>
            <w:vAlign w:val="center"/>
          </w:tcPr>
          <w:p w14:paraId="17C2EAD9" w14:textId="5CD5D572" w:rsidR="00DF5B42" w:rsidRPr="00DF5B42" w:rsidRDefault="00DF5B42" w:rsidP="00DF5B42">
            <w:pPr>
              <w:pStyle w:val="aa"/>
              <w:numPr>
                <w:ilvl w:val="0"/>
                <w:numId w:val="10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Ρ……………………………………..</w:t>
            </w:r>
          </w:p>
        </w:tc>
        <w:tc>
          <w:tcPr>
            <w:tcW w:w="3701" w:type="dxa"/>
            <w:vAlign w:val="center"/>
          </w:tcPr>
          <w:p w14:paraId="2BB84F97" w14:textId="75023C40" w:rsidR="00DF5B42" w:rsidRPr="00DF5B42" w:rsidRDefault="00DF5B42" w:rsidP="00DF5B42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DF5B42" w:rsidRPr="00DF5B42" w14:paraId="25009EFE" w14:textId="77777777" w:rsidTr="00C23AD4">
        <w:trPr>
          <w:trHeight w:val="454"/>
        </w:trPr>
        <w:tc>
          <w:tcPr>
            <w:tcW w:w="4608" w:type="dxa"/>
            <w:vAlign w:val="center"/>
          </w:tcPr>
          <w:p w14:paraId="0E9520DA" w14:textId="06D197FE" w:rsidR="00DF5B42" w:rsidRPr="00DF5B42" w:rsidRDefault="00DF5B42" w:rsidP="00DF5B42">
            <w:pPr>
              <w:pStyle w:val="aa"/>
              <w:numPr>
                <w:ilvl w:val="0"/>
                <w:numId w:val="10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Ξ……………………………………..</w:t>
            </w:r>
          </w:p>
        </w:tc>
        <w:tc>
          <w:tcPr>
            <w:tcW w:w="3701" w:type="dxa"/>
            <w:vAlign w:val="center"/>
          </w:tcPr>
          <w:p w14:paraId="0A1A10BB" w14:textId="71CE542A" w:rsidR="00DF5B42" w:rsidRPr="00DF5B42" w:rsidRDefault="00DF5B42" w:rsidP="00DF5B42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7AAC6192" w14:textId="5FDEF69B" w:rsidR="00E03065" w:rsidRPr="00DF5B42" w:rsidRDefault="00E03065">
      <w:pPr>
        <w:rPr>
          <w:rFonts w:asciiTheme="majorHAnsi" w:hAnsiTheme="majorHAnsi" w:cstheme="majorHAnsi"/>
          <w:lang w:val="el-GR"/>
        </w:rPr>
      </w:pPr>
    </w:p>
    <w:p w14:paraId="16C6F197" w14:textId="611A9C5A" w:rsidR="00E03065" w:rsidRPr="00DF5B42" w:rsidRDefault="00DF5B42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692ED890" w14:textId="481A6183" w:rsidR="00E03065" w:rsidRPr="00DF5B42" w:rsidRDefault="0000000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Βουνά: </w:t>
      </w:r>
      <w:r w:rsidR="00DF5B42"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</w:t>
      </w:r>
      <w:r w:rsid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022375FD" w14:textId="3C5FF91F" w:rsidR="00DF5B42" w:rsidRPr="00DF5B42" w:rsidRDefault="00DF5B42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4536FAAF" w14:textId="25B7BD12" w:rsidR="00E03065" w:rsidRPr="00DF5B42" w:rsidRDefault="0000000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 w:rsid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693BD467" w14:textId="1F3F8683" w:rsidR="00E03065" w:rsidRPr="00DF5B42" w:rsidRDefault="0000000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 w:rsid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3750628A" w14:textId="5DE4EB6D" w:rsidR="00E03065" w:rsidRDefault="0000000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 w:rsid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30E973A4" w14:textId="1240631F" w:rsidR="00DF5B42" w:rsidRPr="00DF5B42" w:rsidRDefault="00DF5B42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.</w:t>
      </w:r>
    </w:p>
    <w:p w14:paraId="21E109EC" w14:textId="02C3AFBD" w:rsidR="00E03065" w:rsidRPr="00DF5B42" w:rsidRDefault="00DF5B42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 xml:space="preserve">. Ασκήσεις </w:t>
      </w:r>
      <w:r w:rsidR="009E34C4">
        <w:rPr>
          <w:rFonts w:asciiTheme="majorHAnsi" w:hAnsiTheme="majorHAnsi" w:cstheme="majorHAnsi"/>
          <w:b/>
          <w:color w:val="1E3A8A"/>
          <w:sz w:val="24"/>
          <w:lang w:val="el-GR"/>
        </w:rPr>
        <w:t>Κατανόη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σης</w:t>
      </w:r>
    </w:p>
    <w:p w14:paraId="514668A4" w14:textId="77777777" w:rsidR="00E03065" w:rsidRPr="009E34C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9E34C4">
        <w:rPr>
          <w:rFonts w:asciiTheme="majorHAnsi" w:hAnsiTheme="majorHAnsi" w:cstheme="majorHAnsi"/>
          <w:bCs/>
          <w:sz w:val="22"/>
          <w:lang w:val="el-GR"/>
        </w:rPr>
        <w:t>1. Ποιο ποτάμι αποτελεί το φυσικό ανατολικό σύνορο της Ελλάδας με την Τουρκία;</w:t>
      </w:r>
    </w:p>
    <w:p w14:paraId="1529477A" w14:textId="77777777" w:rsidR="00E03065" w:rsidRPr="00DF5B42" w:rsidRDefault="00000000">
      <w:pPr>
        <w:rPr>
          <w:rFonts w:asciiTheme="majorHAnsi" w:hAnsiTheme="majorHAnsi" w:cstheme="majorHAnsi"/>
          <w:sz w:val="22"/>
          <w:lang w:val="el-GR"/>
        </w:rPr>
      </w:pPr>
      <w:r w:rsidRPr="00DF5B42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6BA7DC60" w14:textId="77777777" w:rsidR="00E03065" w:rsidRPr="009E34C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9E34C4">
        <w:rPr>
          <w:rFonts w:asciiTheme="majorHAnsi" w:hAnsiTheme="majorHAnsi" w:cstheme="majorHAnsi"/>
          <w:bCs/>
          <w:sz w:val="22"/>
          <w:lang w:val="el-GR"/>
        </w:rPr>
        <w:t>2. Ποιο είναι το δυτικό φυσικό σύνορο της Θράκης με τη Μακεδονία;</w:t>
      </w:r>
    </w:p>
    <w:p w14:paraId="21BE2C8A" w14:textId="77777777" w:rsidR="00E03065" w:rsidRPr="00DF5B42" w:rsidRDefault="00000000">
      <w:pPr>
        <w:rPr>
          <w:rFonts w:asciiTheme="majorHAnsi" w:hAnsiTheme="majorHAnsi" w:cstheme="majorHAnsi"/>
          <w:sz w:val="22"/>
          <w:lang w:val="el-GR"/>
        </w:rPr>
      </w:pPr>
      <w:r w:rsidRPr="00DF5B42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17BF5FB6" w14:textId="77777777" w:rsidR="00E03065" w:rsidRPr="009E34C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9E34C4">
        <w:rPr>
          <w:rFonts w:asciiTheme="majorHAnsi" w:hAnsiTheme="majorHAnsi" w:cstheme="majorHAnsi"/>
          <w:bCs/>
          <w:sz w:val="22"/>
          <w:lang w:val="el-GR"/>
        </w:rPr>
        <w:t xml:space="preserve">3. Σε ποιο νησί της Θράκης βρίσκεται το όρος </w:t>
      </w:r>
      <w:proofErr w:type="spellStart"/>
      <w:r w:rsidRPr="009E34C4">
        <w:rPr>
          <w:rFonts w:asciiTheme="majorHAnsi" w:hAnsiTheme="majorHAnsi" w:cstheme="majorHAnsi"/>
          <w:bCs/>
          <w:sz w:val="22"/>
          <w:lang w:val="el-GR"/>
        </w:rPr>
        <w:t>Σάος</w:t>
      </w:r>
      <w:proofErr w:type="spellEnd"/>
      <w:r w:rsidRPr="009E34C4">
        <w:rPr>
          <w:rFonts w:asciiTheme="majorHAnsi" w:hAnsiTheme="majorHAnsi" w:cstheme="majorHAnsi"/>
          <w:bCs/>
          <w:sz w:val="22"/>
          <w:lang w:val="el-GR"/>
        </w:rPr>
        <w:t>;</w:t>
      </w:r>
    </w:p>
    <w:p w14:paraId="5D510D63" w14:textId="5950E506" w:rsidR="00E03065" w:rsidRPr="00DF5B42" w:rsidRDefault="00000000">
      <w:pPr>
        <w:rPr>
          <w:rFonts w:asciiTheme="majorHAnsi" w:hAnsiTheme="majorHAnsi" w:cstheme="majorHAnsi"/>
          <w:sz w:val="22"/>
          <w:lang w:val="el-GR"/>
        </w:rPr>
      </w:pPr>
      <w:r w:rsidRPr="00DF5B42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  <w:r w:rsidRPr="00DF5B42">
        <w:rPr>
          <w:rFonts w:asciiTheme="majorHAnsi" w:hAnsiTheme="majorHAnsi" w:cstheme="majorHAnsi"/>
          <w:lang w:val="el-GR"/>
        </w:rPr>
        <w:br w:type="page"/>
      </w:r>
    </w:p>
    <w:p w14:paraId="097B7FCF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2</w:t>
      </w:r>
    </w:p>
    <w:p w14:paraId="61E2F0CE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ΜΑΚΕΔΟΝΙΑ</w:t>
      </w:r>
    </w:p>
    <w:p w14:paraId="1FE47E52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6DC565DF" w14:textId="5B897784" w:rsidR="00E03065" w:rsidRPr="00C31113" w:rsidRDefault="00000000">
      <w:pPr>
        <w:rPr>
          <w:rFonts w:asciiTheme="majorHAnsi" w:hAnsiTheme="majorHAnsi" w:cstheme="majorHAnsi"/>
          <w:b/>
          <w:color w:val="1E3A8A"/>
          <w:sz w:val="24"/>
          <w:szCs w:val="24"/>
        </w:rPr>
      </w:pPr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C31113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C31113" w:rsidRPr="009E34C4" w14:paraId="6EDD794A" w14:textId="77777777" w:rsidTr="009E34C4">
        <w:trPr>
          <w:trHeight w:val="416"/>
          <w:jc w:val="center"/>
        </w:trPr>
        <w:tc>
          <w:tcPr>
            <w:tcW w:w="2160" w:type="dxa"/>
            <w:shd w:val="clear" w:color="auto" w:fill="F1F5F9"/>
          </w:tcPr>
          <w:p w14:paraId="46C0AA41" w14:textId="77777777" w:rsidR="00C31113" w:rsidRPr="009E34C4" w:rsidRDefault="00C31113" w:rsidP="0071203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Θέση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 xml:space="preserve"> </w:t>
            </w: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στην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 xml:space="preserve"> </w:t>
            </w: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Ελλάδ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68506271" w14:textId="77777777" w:rsidR="00C31113" w:rsidRPr="009E34C4" w:rsidRDefault="00C31113" w:rsidP="0071203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………………………………………………………………………..</w:t>
            </w:r>
          </w:p>
        </w:tc>
      </w:tr>
      <w:tr w:rsidR="00C31113" w:rsidRPr="009E34C4" w14:paraId="01D2D68E" w14:textId="77777777" w:rsidTr="00C31113">
        <w:trPr>
          <w:jc w:val="center"/>
        </w:trPr>
        <w:tc>
          <w:tcPr>
            <w:tcW w:w="2160" w:type="dxa"/>
            <w:shd w:val="clear" w:color="auto" w:fill="F1F5F9"/>
          </w:tcPr>
          <w:p w14:paraId="41830FD5" w14:textId="77777777" w:rsidR="00C31113" w:rsidRPr="009E34C4" w:rsidRDefault="00C31113" w:rsidP="0071203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Βόρει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5C033345" w14:textId="64AE3639" w:rsidR="00C31113" w:rsidRPr="009E34C4" w:rsidRDefault="00C31113" w:rsidP="0071203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Β………………………</w:t>
            </w:r>
            <w:proofErr w:type="gramStart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…..</w:t>
            </w:r>
            <w:proofErr w:type="gramEnd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 xml:space="preserve"> </w:t>
            </w:r>
            <w:r w:rsid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και</w:t>
            </w:r>
            <w:r w:rsidRPr="009E34C4">
              <w:rPr>
                <w:rFonts w:asciiTheme="majorHAnsi" w:hAnsiTheme="majorHAnsi" w:cstheme="majorHAnsi"/>
                <w:sz w:val="24"/>
                <w:szCs w:val="32"/>
              </w:rPr>
              <w:t xml:space="preserve"> 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Β……………………………………….</w:t>
            </w:r>
          </w:p>
        </w:tc>
      </w:tr>
      <w:tr w:rsidR="00C31113" w:rsidRPr="009E34C4" w14:paraId="381C4D11" w14:textId="77777777" w:rsidTr="00C31113">
        <w:trPr>
          <w:jc w:val="center"/>
        </w:trPr>
        <w:tc>
          <w:tcPr>
            <w:tcW w:w="2160" w:type="dxa"/>
            <w:shd w:val="clear" w:color="auto" w:fill="F1F5F9"/>
          </w:tcPr>
          <w:p w14:paraId="107DBC10" w14:textId="77777777" w:rsidR="00C31113" w:rsidRPr="009E34C4" w:rsidRDefault="00C31113" w:rsidP="0071203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Αν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ατολικά:</w:t>
            </w:r>
          </w:p>
        </w:tc>
        <w:tc>
          <w:tcPr>
            <w:tcW w:w="7632" w:type="dxa"/>
            <w:shd w:val="clear" w:color="auto" w:fill="FFFFFF"/>
          </w:tcPr>
          <w:p w14:paraId="42A46750" w14:textId="08C78256" w:rsidR="00C31113" w:rsidRPr="009E34C4" w:rsidRDefault="00C31113" w:rsidP="0071203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Θ</w:t>
            </w:r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…………………………… (</w:t>
            </w:r>
            <w:proofErr w:type="spellStart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Ποτ</w:t>
            </w:r>
            <w:proofErr w:type="spellEnd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 xml:space="preserve">αμός 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Νέστος</w:t>
            </w:r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)</w:t>
            </w:r>
          </w:p>
        </w:tc>
      </w:tr>
      <w:tr w:rsidR="00C31113" w:rsidRPr="009E34C4" w14:paraId="1306AB54" w14:textId="77777777" w:rsidTr="00C31113">
        <w:trPr>
          <w:jc w:val="center"/>
        </w:trPr>
        <w:tc>
          <w:tcPr>
            <w:tcW w:w="2160" w:type="dxa"/>
            <w:shd w:val="clear" w:color="auto" w:fill="F1F5F9"/>
          </w:tcPr>
          <w:p w14:paraId="30C55952" w14:textId="77777777" w:rsidR="00C31113" w:rsidRPr="009E34C4" w:rsidRDefault="00C31113" w:rsidP="0071203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1E0077F5" w14:textId="134AD82C" w:rsidR="00C31113" w:rsidRPr="009E34C4" w:rsidRDefault="00C31113" w:rsidP="0071203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Ή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</w:t>
            </w:r>
            <w:r w:rsid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και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Α……………………………………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(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Οροσειρά Πίνδου</w:t>
            </w: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)</w:t>
            </w:r>
          </w:p>
        </w:tc>
      </w:tr>
      <w:tr w:rsidR="00C31113" w:rsidRPr="009E34C4" w14:paraId="1037FED3" w14:textId="77777777" w:rsidTr="00C31113">
        <w:trPr>
          <w:jc w:val="center"/>
        </w:trPr>
        <w:tc>
          <w:tcPr>
            <w:tcW w:w="2160" w:type="dxa"/>
            <w:shd w:val="clear" w:color="auto" w:fill="F1F5F9"/>
          </w:tcPr>
          <w:p w14:paraId="01E76746" w14:textId="77777777" w:rsidR="00C31113" w:rsidRPr="009E34C4" w:rsidRDefault="00C31113" w:rsidP="0071203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Νότι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25718CEC" w14:textId="6E4D3358" w:rsidR="00C31113" w:rsidRPr="009E34C4" w:rsidRDefault="00C31113" w:rsidP="0071203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9E34C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Θ…………………………….. και β</w:t>
            </w:r>
            <w:proofErr w:type="spellStart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ρέχετ</w:t>
            </w:r>
            <w:proofErr w:type="spellEnd"/>
            <w:r w:rsidRPr="009E34C4">
              <w:rPr>
                <w:rFonts w:asciiTheme="majorHAnsi" w:hAnsiTheme="majorHAnsi" w:cstheme="majorHAnsi"/>
                <w:sz w:val="24"/>
                <w:szCs w:val="32"/>
              </w:rPr>
              <w:t>αι από ………………………………………………….</w:t>
            </w:r>
          </w:p>
        </w:tc>
      </w:tr>
    </w:tbl>
    <w:p w14:paraId="056368E2" w14:textId="18CDDB61" w:rsidR="00C31113" w:rsidRPr="00DF5B42" w:rsidRDefault="00C31113" w:rsidP="00C31113">
      <w:pPr>
        <w:rPr>
          <w:rFonts w:asciiTheme="majorHAnsi" w:hAnsiTheme="majorHAnsi" w:cstheme="majorHAnsi"/>
          <w:sz w:val="22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1049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3"/>
        <w:gridCol w:w="2552"/>
        <w:gridCol w:w="2542"/>
        <w:gridCol w:w="2693"/>
      </w:tblGrid>
      <w:tr w:rsidR="00C31113" w:rsidRPr="00C31113" w14:paraId="084C59EE" w14:textId="77777777" w:rsidTr="006335A1">
        <w:trPr>
          <w:trHeight w:val="454"/>
        </w:trPr>
        <w:tc>
          <w:tcPr>
            <w:tcW w:w="2703" w:type="dxa"/>
          </w:tcPr>
          <w:p w14:paraId="529F5ABE" w14:textId="6AB8A0E7" w:rsidR="00C31113" w:rsidRPr="00C31113" w:rsidRDefault="00C31113" w:rsidP="009E34C4">
            <w:pPr>
              <w:jc w:val="center"/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</w:pPr>
            <w:r w:rsidRPr="00C31113"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  <w:t>ΝΟΜΟΣ</w:t>
            </w:r>
          </w:p>
        </w:tc>
        <w:tc>
          <w:tcPr>
            <w:tcW w:w="2552" w:type="dxa"/>
          </w:tcPr>
          <w:p w14:paraId="46690FF4" w14:textId="6BBDA4D2" w:rsidR="00C31113" w:rsidRPr="00C31113" w:rsidRDefault="00C31113" w:rsidP="009E34C4">
            <w:pPr>
              <w:jc w:val="center"/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</w:pPr>
            <w:r w:rsidRPr="00C31113"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  <w:t>ΠΡΩΤΕΥΟΥΣΑ</w:t>
            </w:r>
          </w:p>
        </w:tc>
        <w:tc>
          <w:tcPr>
            <w:tcW w:w="2542" w:type="dxa"/>
          </w:tcPr>
          <w:p w14:paraId="4795D0D1" w14:textId="5589832D" w:rsidR="00C31113" w:rsidRPr="00C31113" w:rsidRDefault="00C31113" w:rsidP="009E34C4">
            <w:pPr>
              <w:jc w:val="center"/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</w:pPr>
            <w:r w:rsidRPr="00C31113"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  <w:t>ΝΟΜΟΣ</w:t>
            </w:r>
          </w:p>
        </w:tc>
        <w:tc>
          <w:tcPr>
            <w:tcW w:w="2693" w:type="dxa"/>
          </w:tcPr>
          <w:p w14:paraId="5978BF36" w14:textId="1140A0A4" w:rsidR="00C31113" w:rsidRPr="00C31113" w:rsidRDefault="00C31113" w:rsidP="009E34C4">
            <w:pPr>
              <w:jc w:val="center"/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</w:pPr>
            <w:r w:rsidRPr="00C31113">
              <w:rPr>
                <w:rFonts w:asciiTheme="majorHAnsi" w:hAnsiTheme="majorHAnsi" w:cstheme="majorHAnsi"/>
                <w:b/>
                <w:color w:val="auto"/>
                <w:sz w:val="24"/>
                <w:szCs w:val="36"/>
                <w:lang w:val="el-GR"/>
              </w:rPr>
              <w:t>ΠΡΩΤΕΥΟΥΣΑ</w:t>
            </w:r>
          </w:p>
        </w:tc>
      </w:tr>
      <w:tr w:rsidR="00C31113" w:rsidRPr="00C31113" w14:paraId="384AD925" w14:textId="77777777" w:rsidTr="006335A1">
        <w:trPr>
          <w:trHeight w:val="454"/>
        </w:trPr>
        <w:tc>
          <w:tcPr>
            <w:tcW w:w="2703" w:type="dxa"/>
          </w:tcPr>
          <w:p w14:paraId="7422B4BB" w14:textId="7576B30D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1.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Κ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552" w:type="dxa"/>
          </w:tcPr>
          <w:p w14:paraId="727C6FC1" w14:textId="762DBA71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2AD828D7" w14:textId="6A84907F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8.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Π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693" w:type="dxa"/>
          </w:tcPr>
          <w:p w14:paraId="41A37EF8" w14:textId="10F0F39C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3F6D7946" w14:textId="77777777" w:rsidTr="006335A1">
        <w:trPr>
          <w:trHeight w:val="454"/>
        </w:trPr>
        <w:tc>
          <w:tcPr>
            <w:tcW w:w="2703" w:type="dxa"/>
          </w:tcPr>
          <w:p w14:paraId="2A792D3F" w14:textId="444206BE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2.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Δ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552" w:type="dxa"/>
          </w:tcPr>
          <w:p w14:paraId="05C98456" w14:textId="22B5BC02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1EE67E6F" w14:textId="553669E7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9.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Η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693" w:type="dxa"/>
          </w:tcPr>
          <w:p w14:paraId="0B8D1BBB" w14:textId="4DF566E9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60B59589" w14:textId="77777777" w:rsidTr="006335A1">
        <w:trPr>
          <w:trHeight w:val="454"/>
        </w:trPr>
        <w:tc>
          <w:tcPr>
            <w:tcW w:w="2703" w:type="dxa"/>
          </w:tcPr>
          <w:p w14:paraId="6D521432" w14:textId="6142589B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3.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Σ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…………………………….</w:t>
            </w:r>
          </w:p>
        </w:tc>
        <w:tc>
          <w:tcPr>
            <w:tcW w:w="2552" w:type="dxa"/>
          </w:tcPr>
          <w:p w14:paraId="00DDC358" w14:textId="30FA689A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569BC023" w14:textId="03D6FCC7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10.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Γ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693" w:type="dxa"/>
          </w:tcPr>
          <w:p w14:paraId="3026EF42" w14:textId="28E4166C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470C7516" w14:textId="77777777" w:rsidTr="006335A1">
        <w:trPr>
          <w:trHeight w:val="454"/>
        </w:trPr>
        <w:tc>
          <w:tcPr>
            <w:tcW w:w="2703" w:type="dxa"/>
          </w:tcPr>
          <w:p w14:paraId="7B3D8782" w14:textId="33C79BB3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4.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Κ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…………………………….</w:t>
            </w:r>
          </w:p>
        </w:tc>
        <w:tc>
          <w:tcPr>
            <w:tcW w:w="2552" w:type="dxa"/>
          </w:tcPr>
          <w:p w14:paraId="028471E7" w14:textId="118BA78D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2E125F25" w14:textId="58B9D518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11.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Φ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………………………….</w:t>
            </w:r>
          </w:p>
        </w:tc>
        <w:tc>
          <w:tcPr>
            <w:tcW w:w="2693" w:type="dxa"/>
          </w:tcPr>
          <w:p w14:paraId="11D8D913" w14:textId="513CF3F7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01F250DC" w14:textId="77777777" w:rsidTr="006335A1">
        <w:trPr>
          <w:trHeight w:val="454"/>
        </w:trPr>
        <w:tc>
          <w:tcPr>
            <w:tcW w:w="2703" w:type="dxa"/>
          </w:tcPr>
          <w:p w14:paraId="48E59350" w14:textId="5E0290EA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5.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Θ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552" w:type="dxa"/>
          </w:tcPr>
          <w:p w14:paraId="2A514C97" w14:textId="35A78A44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0BF3FF3F" w14:textId="4E38FC65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12.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Κ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…………………………..</w:t>
            </w:r>
          </w:p>
        </w:tc>
        <w:tc>
          <w:tcPr>
            <w:tcW w:w="2693" w:type="dxa"/>
          </w:tcPr>
          <w:p w14:paraId="2A93C4D1" w14:textId="2A68368E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1CD86159" w14:textId="77777777" w:rsidTr="006335A1">
        <w:trPr>
          <w:trHeight w:val="454"/>
        </w:trPr>
        <w:tc>
          <w:tcPr>
            <w:tcW w:w="2703" w:type="dxa"/>
          </w:tcPr>
          <w:p w14:paraId="528CCAC9" w14:textId="4D38D894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6.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Χ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…………………………….</w:t>
            </w:r>
          </w:p>
        </w:tc>
        <w:tc>
          <w:tcPr>
            <w:tcW w:w="2552" w:type="dxa"/>
          </w:tcPr>
          <w:p w14:paraId="7E4C54C9" w14:textId="77701576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515DA612" w14:textId="1F90F7E2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13.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Κ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…………………………..</w:t>
            </w:r>
          </w:p>
        </w:tc>
        <w:tc>
          <w:tcPr>
            <w:tcW w:w="2693" w:type="dxa"/>
          </w:tcPr>
          <w:p w14:paraId="10B8CE8B" w14:textId="7B01A7AB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  <w:tr w:rsidR="00C31113" w:rsidRPr="00C31113" w14:paraId="7950EED2" w14:textId="77777777" w:rsidTr="006335A1">
        <w:trPr>
          <w:trHeight w:val="454"/>
        </w:trPr>
        <w:tc>
          <w:tcPr>
            <w:tcW w:w="2703" w:type="dxa"/>
          </w:tcPr>
          <w:p w14:paraId="57C60492" w14:textId="074AE1A8" w:rsidR="00C31113" w:rsidRPr="00C31113" w:rsidRDefault="00C31113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 xml:space="preserve">7. </w:t>
            </w: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Π</w:t>
            </w: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</w:t>
            </w:r>
          </w:p>
        </w:tc>
        <w:tc>
          <w:tcPr>
            <w:tcW w:w="2552" w:type="dxa"/>
          </w:tcPr>
          <w:p w14:paraId="62AA3518" w14:textId="21F44A01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…………………………………...</w:t>
            </w:r>
          </w:p>
        </w:tc>
        <w:tc>
          <w:tcPr>
            <w:tcW w:w="2542" w:type="dxa"/>
          </w:tcPr>
          <w:p w14:paraId="36C3D4AD" w14:textId="3938169F" w:rsidR="00C31113" w:rsidRPr="00C31113" w:rsidRDefault="00C31113" w:rsidP="009E34C4">
            <w:pPr>
              <w:jc w:val="center"/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 w:rsidRPr="00C31113"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Άγιο Όρος</w:t>
            </w:r>
          </w:p>
        </w:tc>
        <w:tc>
          <w:tcPr>
            <w:tcW w:w="2693" w:type="dxa"/>
          </w:tcPr>
          <w:p w14:paraId="11C2CD76" w14:textId="098A5345" w:rsidR="00C31113" w:rsidRPr="00C31113" w:rsidRDefault="009E34C4">
            <w:pP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</w:pPr>
            <w:r>
              <w:rPr>
                <w:rFonts w:asciiTheme="majorHAnsi" w:hAnsiTheme="majorHAnsi" w:cstheme="majorHAnsi"/>
                <w:bCs/>
                <w:color w:val="auto"/>
                <w:sz w:val="24"/>
                <w:szCs w:val="36"/>
                <w:lang w:val="el-GR"/>
              </w:rPr>
              <w:t>…………………………………..</w:t>
            </w:r>
          </w:p>
        </w:tc>
      </w:tr>
    </w:tbl>
    <w:p w14:paraId="598723F7" w14:textId="6FC2F451" w:rsidR="00E03065" w:rsidRPr="00DF5B42" w:rsidRDefault="009E34C4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2BD4F1CA" w14:textId="77777777" w:rsidR="009E34C4" w:rsidRPr="00DF5B42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234CAFBF" w14:textId="77777777" w:rsidR="009E34C4" w:rsidRPr="00DF5B42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4FFEF24D" w14:textId="77777777" w:rsidR="009E34C4" w:rsidRPr="00DF5B42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02A24B7E" w14:textId="77777777" w:rsidR="009E34C4" w:rsidRPr="00DF5B42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2736DA3F" w14:textId="77777777" w:rsidR="009E34C4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7E5F6293" w14:textId="77777777" w:rsidR="009E34C4" w:rsidRPr="00DF5B42" w:rsidRDefault="009E34C4" w:rsidP="009E34C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74D27988" w14:textId="72A48E7C" w:rsidR="00E03065" w:rsidRPr="00DF5B42" w:rsidRDefault="009E34C4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 xml:space="preserve">. Ασκήσεις </w:t>
      </w:r>
      <w:r>
        <w:rPr>
          <w:rFonts w:asciiTheme="majorHAnsi" w:hAnsiTheme="majorHAnsi" w:cstheme="majorHAnsi"/>
          <w:b/>
          <w:color w:val="1E3A8A"/>
          <w:sz w:val="24"/>
          <w:lang w:val="el-GR"/>
        </w:rPr>
        <w:t>Κατανόησης</w:t>
      </w:r>
    </w:p>
    <w:p w14:paraId="498D4021" w14:textId="77777777" w:rsidR="00E03065" w:rsidRPr="009E34C4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9E34C4">
        <w:rPr>
          <w:rFonts w:asciiTheme="majorHAnsi" w:hAnsiTheme="majorHAnsi" w:cstheme="majorHAnsi"/>
          <w:bCs/>
          <w:sz w:val="22"/>
          <w:szCs w:val="28"/>
          <w:lang w:val="el-GR"/>
        </w:rPr>
        <w:t>1. Ποιο είναι το ψηλότερο βουνό της Ελλάδας και σε ποιο διαμέρισμα βρίσκεται;</w:t>
      </w:r>
    </w:p>
    <w:p w14:paraId="4AE21737" w14:textId="77777777" w:rsidR="00E03065" w:rsidRPr="009E34C4" w:rsidRDefault="00000000">
      <w:pPr>
        <w:rPr>
          <w:rFonts w:asciiTheme="majorHAnsi" w:hAnsiTheme="majorHAnsi" w:cstheme="majorHAnsi"/>
          <w:sz w:val="22"/>
          <w:lang w:val="el-GR"/>
        </w:rPr>
      </w:pPr>
      <w:r w:rsidRPr="009E34C4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5EA18207" w14:textId="77777777" w:rsidR="00E03065" w:rsidRPr="009E34C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9E34C4">
        <w:rPr>
          <w:rFonts w:asciiTheme="majorHAnsi" w:hAnsiTheme="majorHAnsi" w:cstheme="majorHAnsi"/>
          <w:bCs/>
          <w:sz w:val="22"/>
          <w:lang w:val="el-GR"/>
        </w:rPr>
        <w:t>2. Ποιος είναι ο μεγαλύτερος σε μήκος ποταμός που ρέει εξ ολοκλήρου σε ελληνικό έδαφος;</w:t>
      </w:r>
    </w:p>
    <w:p w14:paraId="750639B4" w14:textId="77777777" w:rsidR="00E03065" w:rsidRPr="009E34C4" w:rsidRDefault="00000000">
      <w:pPr>
        <w:rPr>
          <w:rFonts w:asciiTheme="majorHAnsi" w:hAnsiTheme="majorHAnsi" w:cstheme="majorHAnsi"/>
          <w:sz w:val="22"/>
          <w:lang w:val="el-GR"/>
        </w:rPr>
      </w:pPr>
      <w:r w:rsidRPr="009E34C4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0AE0B591" w14:textId="4EDDB2CA" w:rsidR="00E03065" w:rsidRPr="009E34C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9E34C4">
        <w:rPr>
          <w:rFonts w:asciiTheme="majorHAnsi" w:hAnsiTheme="majorHAnsi" w:cstheme="majorHAnsi"/>
          <w:bCs/>
          <w:sz w:val="22"/>
          <w:lang w:val="el-GR"/>
        </w:rPr>
        <w:t>3. Ποιες είναι οι τρεις χερσόνησοι (πόδια) της Χαλκιδικής;</w:t>
      </w:r>
    </w:p>
    <w:p w14:paraId="2F703E1C" w14:textId="66BB52A6" w:rsidR="00E03065" w:rsidRPr="009E34C4" w:rsidRDefault="00000000">
      <w:pPr>
        <w:rPr>
          <w:rFonts w:asciiTheme="majorHAnsi" w:hAnsiTheme="majorHAnsi" w:cstheme="majorHAnsi"/>
          <w:sz w:val="24"/>
          <w:szCs w:val="24"/>
          <w:lang w:val="el-GR"/>
        </w:rPr>
      </w:pPr>
      <w:r w:rsidRPr="009E34C4">
        <w:rPr>
          <w:rFonts w:asciiTheme="majorHAnsi" w:hAnsiTheme="majorHAnsi" w:cstheme="majorHAnsi"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  <w:r w:rsidRPr="009E34C4">
        <w:rPr>
          <w:rFonts w:asciiTheme="majorHAnsi" w:hAnsiTheme="majorHAnsi" w:cstheme="majorHAnsi"/>
          <w:sz w:val="24"/>
          <w:szCs w:val="24"/>
          <w:lang w:val="el-GR"/>
        </w:rPr>
        <w:br w:type="page"/>
      </w:r>
    </w:p>
    <w:p w14:paraId="000B8607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3</w:t>
      </w:r>
    </w:p>
    <w:p w14:paraId="55216374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ΗΠΕΙΡΟΣ</w:t>
      </w:r>
    </w:p>
    <w:p w14:paraId="3B5E9394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4D405ADA" w14:textId="6F5E82F3" w:rsidR="00E03065" w:rsidRPr="009E34C4" w:rsidRDefault="00000000">
      <w:pPr>
        <w:rPr>
          <w:rFonts w:asciiTheme="majorHAnsi" w:hAnsiTheme="majorHAnsi" w:cstheme="majorHAnsi"/>
          <w:sz w:val="22"/>
          <w:szCs w:val="24"/>
        </w:rPr>
      </w:pPr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9E34C4" w:rsidRP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9E34C4" w:rsidRPr="009E34C4" w14:paraId="0A5E3A75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6A107EA6" w14:textId="1FDECCB6" w:rsidR="009E34C4" w:rsidRPr="009E34C4" w:rsidRDefault="009E34C4">
            <w:pPr>
              <w:rPr>
                <w:rFonts w:asciiTheme="majorHAnsi" w:hAnsiTheme="majorHAnsi" w:cstheme="majorHAnsi"/>
                <w:b/>
                <w:color w:val="0284C7"/>
                <w:sz w:val="24"/>
                <w:szCs w:val="24"/>
                <w:lang w:val="el-GR"/>
              </w:rPr>
            </w:pPr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15D7943A" w14:textId="48AE7F62" w:rsidR="009E34C4" w:rsidRPr="009E34C4" w:rsidRDefault="009E34C4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…………………………………………………………………..</w:t>
            </w:r>
          </w:p>
        </w:tc>
      </w:tr>
      <w:tr w:rsidR="00E03065" w:rsidRPr="009E34C4" w14:paraId="1AFB7A83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8EA45B9" w14:textId="77777777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Βόρει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0E818C99" w14:textId="12DE858F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24"/>
              </w:rPr>
              <w:t>Α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</w:t>
            </w:r>
            <w:proofErr w:type="gramStart"/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…..</w:t>
            </w:r>
            <w:proofErr w:type="gramEnd"/>
          </w:p>
        </w:tc>
      </w:tr>
      <w:tr w:rsidR="00E03065" w:rsidRPr="009E34C4" w14:paraId="2E04BE00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C97BE85" w14:textId="77777777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Ανατολικά:</w:t>
            </w:r>
          </w:p>
        </w:tc>
        <w:tc>
          <w:tcPr>
            <w:tcW w:w="7632" w:type="dxa"/>
            <w:shd w:val="clear" w:color="auto" w:fill="FFFFFF"/>
          </w:tcPr>
          <w:p w14:paraId="2474C05F" w14:textId="738BECCA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Μ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…………………………..</w:t>
            </w: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και</w:t>
            </w: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Θ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</w:t>
            </w: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(Οροσειρά Πίνδου)</w:t>
            </w:r>
          </w:p>
        </w:tc>
      </w:tr>
      <w:tr w:rsidR="00E03065" w:rsidRPr="009E34C4" w14:paraId="3807E976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6F9D667" w14:textId="77777777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Δυτικά</w:t>
            </w:r>
            <w:proofErr w:type="spellEnd"/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39A2DD13" w14:textId="248848FE" w:rsidR="00E03065" w:rsidRPr="009E34C4" w:rsidRDefault="009E34C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Βρέχεται από ……………………………………………….</w:t>
            </w:r>
          </w:p>
        </w:tc>
      </w:tr>
      <w:tr w:rsidR="00E03065" w:rsidRPr="009E34C4" w14:paraId="6BDF24D5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22941941" w14:textId="77777777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9E34C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Νότια:</w:t>
            </w:r>
          </w:p>
        </w:tc>
        <w:tc>
          <w:tcPr>
            <w:tcW w:w="7632" w:type="dxa"/>
            <w:shd w:val="clear" w:color="auto" w:fill="FFFFFF"/>
          </w:tcPr>
          <w:p w14:paraId="26998DBC" w14:textId="453FF2B3" w:rsidR="00E03065" w:rsidRPr="009E34C4" w:rsidRDefault="00000000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Σ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…………………………………………..</w:t>
            </w:r>
            <w:r w:rsidR="009E34C4"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και βρέχεται από τον </w:t>
            </w: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Α</w:t>
            </w:r>
            <w:r w:rsid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</w:t>
            </w:r>
            <w:r w:rsidRPr="009E34C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Κόλπο</w:t>
            </w:r>
          </w:p>
        </w:tc>
      </w:tr>
    </w:tbl>
    <w:p w14:paraId="0316B7FD" w14:textId="36507679" w:rsidR="00E03065" w:rsidRPr="009E34C4" w:rsidRDefault="00E03065">
      <w:pPr>
        <w:spacing w:after="120"/>
        <w:jc w:val="center"/>
        <w:rPr>
          <w:rFonts w:asciiTheme="majorHAnsi" w:hAnsiTheme="majorHAnsi" w:cstheme="majorHAnsi"/>
          <w:lang w:val="el-GR"/>
        </w:rPr>
      </w:pPr>
    </w:p>
    <w:p w14:paraId="4655CE9B" w14:textId="1652649D" w:rsidR="009E34C4" w:rsidRDefault="009E34C4" w:rsidP="009E34C4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C819E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C819E4" w:rsidRPr="00DF5B42" w14:paraId="311123E6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4014C5D2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77F5F050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C819E4" w:rsidRPr="00DF5B42" w14:paraId="7635E883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799B0BB0" w14:textId="1FBB5B18" w:rsidR="00C819E4" w:rsidRPr="00DF5B42" w:rsidRDefault="00C819E4" w:rsidP="00C819E4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Ι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</w:p>
        </w:tc>
        <w:tc>
          <w:tcPr>
            <w:tcW w:w="3701" w:type="dxa"/>
            <w:vAlign w:val="center"/>
          </w:tcPr>
          <w:p w14:paraId="4C1C56AC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1DE4C68B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0D25D63D" w14:textId="7EC1E59D" w:rsidR="00C819E4" w:rsidRPr="00DF5B42" w:rsidRDefault="00C819E4" w:rsidP="00C819E4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Θ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……………………………………..</w:t>
            </w:r>
          </w:p>
        </w:tc>
        <w:tc>
          <w:tcPr>
            <w:tcW w:w="3701" w:type="dxa"/>
            <w:vAlign w:val="center"/>
          </w:tcPr>
          <w:p w14:paraId="7F98A451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6DACC606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6CA17392" w14:textId="6AF20B0F" w:rsidR="00C819E4" w:rsidRPr="00DF5B42" w:rsidRDefault="00C819E4" w:rsidP="00C819E4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……………………………………..</w:t>
            </w:r>
          </w:p>
        </w:tc>
        <w:tc>
          <w:tcPr>
            <w:tcW w:w="3701" w:type="dxa"/>
            <w:vAlign w:val="center"/>
          </w:tcPr>
          <w:p w14:paraId="08DBA745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3EE393A6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15917967" w14:textId="7D9B106A" w:rsidR="00C819E4" w:rsidRPr="00DF5B42" w:rsidRDefault="00C819E4" w:rsidP="00C819E4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Π……………………………………..</w:t>
            </w:r>
          </w:p>
        </w:tc>
        <w:tc>
          <w:tcPr>
            <w:tcW w:w="3701" w:type="dxa"/>
            <w:vAlign w:val="center"/>
          </w:tcPr>
          <w:p w14:paraId="08EB1DD1" w14:textId="48C47639" w:rsidR="00C819E4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3598C044" w14:textId="77777777" w:rsidR="00C819E4" w:rsidRDefault="00C819E4">
      <w:pPr>
        <w:rPr>
          <w:rFonts w:asciiTheme="majorHAnsi" w:hAnsiTheme="majorHAnsi" w:cstheme="majorHAnsi"/>
          <w:b/>
          <w:color w:val="1E3A8A"/>
          <w:sz w:val="24"/>
          <w:lang w:val="el-GR"/>
        </w:rPr>
      </w:pPr>
    </w:p>
    <w:p w14:paraId="040676B3" w14:textId="77777777" w:rsidR="00C819E4" w:rsidRPr="00DF5B42" w:rsidRDefault="00C819E4" w:rsidP="00C819E4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3D6BBCCF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693714EF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012AF676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683DB3FA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222E76FC" w14:textId="77777777" w:rsidR="00C819E4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6B975578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04AC1E2A" w14:textId="46937021" w:rsidR="00E03065" w:rsidRPr="00DF5B42" w:rsidRDefault="00C819E4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5A0DD1DA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sz w:val="22"/>
          <w:szCs w:val="28"/>
          <w:lang w:val="el-GR"/>
        </w:rPr>
        <w:t>1. Ποια επιβλητική οροσειρά χωρίζει την Ήπειρο από τη Θεσσαλία;</w:t>
      </w:r>
    </w:p>
    <w:p w14:paraId="5F38728F" w14:textId="77777777" w:rsidR="00E03065" w:rsidRPr="00C819E4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138FB40A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sz w:val="22"/>
          <w:szCs w:val="28"/>
          <w:lang w:val="el-GR"/>
        </w:rPr>
        <w:t>2. Ποιο είναι το 2ο ψηλότερο βουνό της Ελλάδας που βρίσκεται στην Ήπειρο;</w:t>
      </w:r>
    </w:p>
    <w:p w14:paraId="0AFAA02E" w14:textId="77777777" w:rsidR="00E03065" w:rsidRPr="00C819E4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4BDFAF32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sz w:val="22"/>
          <w:szCs w:val="28"/>
          <w:lang w:val="el-GR"/>
        </w:rPr>
        <w:t>3. Ποια ιστορική λίμνη δεσπόζει στην πόλη των Ιωαννίνων;</w:t>
      </w:r>
    </w:p>
    <w:p w14:paraId="17B0099C" w14:textId="47DDD467" w:rsidR="00E03065" w:rsidRPr="00C819E4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  <w:r w:rsidRPr="00C819E4">
        <w:rPr>
          <w:rFonts w:asciiTheme="majorHAnsi" w:hAnsiTheme="majorHAnsi" w:cstheme="majorHAnsi"/>
          <w:bCs/>
          <w:sz w:val="24"/>
          <w:szCs w:val="28"/>
          <w:lang w:val="el-GR"/>
        </w:rPr>
        <w:br w:type="page"/>
      </w:r>
    </w:p>
    <w:p w14:paraId="576D5CAB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4</w:t>
      </w:r>
    </w:p>
    <w:p w14:paraId="1988F267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ΘΕΣΣΑΛΙΑ</w:t>
      </w:r>
    </w:p>
    <w:p w14:paraId="242A4218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1A4A75F0" w14:textId="77777777" w:rsidR="00C819E4" w:rsidRPr="009E34C4" w:rsidRDefault="00C819E4" w:rsidP="00C819E4">
      <w:pPr>
        <w:rPr>
          <w:rFonts w:asciiTheme="majorHAnsi" w:hAnsiTheme="majorHAnsi" w:cstheme="majorHAnsi"/>
          <w:sz w:val="22"/>
          <w:szCs w:val="24"/>
        </w:rPr>
      </w:pPr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Pr="009E34C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9E34C4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C819E4" w:rsidRPr="00C819E4" w14:paraId="73A8E922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3C99584" w14:textId="10E1DDCC" w:rsidR="00C819E4" w:rsidRPr="00C819E4" w:rsidRDefault="00C819E4">
            <w:pPr>
              <w:rPr>
                <w:rFonts w:asciiTheme="majorHAnsi" w:hAnsiTheme="majorHAnsi" w:cstheme="majorHAnsi"/>
                <w:b/>
                <w:color w:val="0284C7"/>
                <w:sz w:val="24"/>
                <w:szCs w:val="24"/>
                <w:lang w:val="el-GR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5779B887" w14:textId="6DFE7A07" w:rsidR="00C819E4" w:rsidRPr="00C819E4" w:rsidRDefault="00C819E4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……………………………………………………………</w:t>
            </w:r>
          </w:p>
        </w:tc>
      </w:tr>
      <w:tr w:rsidR="00E03065" w:rsidRPr="00C819E4" w14:paraId="3F7CE44B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7EBFEB10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Βόρει</w:t>
            </w:r>
            <w:proofErr w:type="spellEnd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23A9ADCA" w14:textId="75E0E02F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Μ</w:t>
            </w:r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</w:t>
            </w:r>
            <w:proofErr w:type="gramStart"/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…..</w:t>
            </w:r>
            <w:proofErr w:type="gram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Όρος Όλυμπος</w:t>
            </w:r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E03065" w:rsidRPr="00C819E4" w14:paraId="0B3A46C8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54ED6C8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Ανατολικά:</w:t>
            </w:r>
          </w:p>
        </w:tc>
        <w:tc>
          <w:tcPr>
            <w:tcW w:w="7632" w:type="dxa"/>
            <w:shd w:val="clear" w:color="auto" w:fill="FFFFFF"/>
          </w:tcPr>
          <w:p w14:paraId="2C927FB6" w14:textId="26CE3111" w:rsidR="00E03065" w:rsidRPr="00C819E4" w:rsidRDefault="00C819E4">
            <w:pPr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Βρέχεται από ………………………………………..</w:t>
            </w:r>
            <w:r w:rsidR="00000000" w:rsidRP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και τον </w:t>
            </w:r>
            <w:r w:rsidR="00000000" w:rsidRP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Π</w:t>
            </w:r>
            <w:r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…………………………..</w:t>
            </w:r>
            <w:r w:rsidR="00000000" w:rsidRP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 xml:space="preserve"> Κόλπο</w:t>
            </w:r>
          </w:p>
        </w:tc>
      </w:tr>
      <w:tr w:rsidR="00E03065" w:rsidRPr="00C819E4" w14:paraId="66C2ECB9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55BA1C14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Δυτικά</w:t>
            </w:r>
            <w:proofErr w:type="spellEnd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5FD418A9" w14:textId="100D7453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Ή</w:t>
            </w:r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</w:t>
            </w:r>
            <w:proofErr w:type="gramStart"/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…..</w:t>
            </w:r>
            <w:proofErr w:type="gram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proofErr w:type="spellStart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Οροσειρά</w:t>
            </w:r>
            <w:proofErr w:type="spell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Πίνδου</w:t>
            </w:r>
            <w:proofErr w:type="spell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  <w:tr w:rsidR="00E03065" w:rsidRPr="00C819E4" w14:paraId="2555EA0D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5F007389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24"/>
              </w:rPr>
              <w:t>Νότια:</w:t>
            </w:r>
          </w:p>
        </w:tc>
        <w:tc>
          <w:tcPr>
            <w:tcW w:w="7632" w:type="dxa"/>
            <w:shd w:val="clear" w:color="auto" w:fill="FFFFFF"/>
          </w:tcPr>
          <w:p w14:paraId="2F5D320D" w14:textId="65D992AC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Σ</w:t>
            </w:r>
            <w:r w:rsidR="00C819E4">
              <w:rPr>
                <w:rFonts w:asciiTheme="majorHAnsi" w:hAnsiTheme="majorHAnsi" w:cstheme="majorHAnsi"/>
                <w:sz w:val="24"/>
                <w:szCs w:val="24"/>
                <w:lang w:val="el-GR"/>
              </w:rPr>
              <w:t>…………………………………</w:t>
            </w:r>
            <w:r w:rsidRPr="00C819E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proofErr w:type="spellStart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Όρος</w:t>
            </w:r>
            <w:proofErr w:type="spell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Όθρυς</w:t>
            </w:r>
            <w:proofErr w:type="spellEnd"/>
            <w:r w:rsidRPr="00C819E4"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</w:tr>
    </w:tbl>
    <w:p w14:paraId="0B633AB4" w14:textId="043661EC" w:rsidR="00E03065" w:rsidRPr="00DF5B42" w:rsidRDefault="00E03065">
      <w:pPr>
        <w:spacing w:after="120"/>
        <w:jc w:val="center"/>
        <w:rPr>
          <w:rFonts w:asciiTheme="majorHAnsi" w:hAnsiTheme="majorHAnsi" w:cstheme="majorHAnsi"/>
        </w:rPr>
      </w:pPr>
    </w:p>
    <w:p w14:paraId="1D5FA500" w14:textId="77777777" w:rsidR="00C819E4" w:rsidRDefault="00C819E4" w:rsidP="00C819E4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C819E4" w:rsidRPr="00DF5B42" w14:paraId="46D0CE1E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14BA48AF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49832289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C819E4" w:rsidRPr="00DF5B42" w14:paraId="6B0827BA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53802166" w14:textId="37813EFC" w:rsidR="00C819E4" w:rsidRPr="00DF5B42" w:rsidRDefault="00C819E4" w:rsidP="00712030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Λ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</w:p>
        </w:tc>
        <w:tc>
          <w:tcPr>
            <w:tcW w:w="3701" w:type="dxa"/>
            <w:vAlign w:val="center"/>
          </w:tcPr>
          <w:p w14:paraId="758E3159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25FECA65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32E90946" w14:textId="3D018D32" w:rsidR="00C819E4" w:rsidRPr="00DF5B42" w:rsidRDefault="00C819E4" w:rsidP="00712030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Κ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……………………………………..</w:t>
            </w:r>
          </w:p>
        </w:tc>
        <w:tc>
          <w:tcPr>
            <w:tcW w:w="3701" w:type="dxa"/>
            <w:vAlign w:val="center"/>
          </w:tcPr>
          <w:p w14:paraId="3115A244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1A3BF38D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3AA7474E" w14:textId="32E33B48" w:rsidR="00C819E4" w:rsidRPr="00DF5B42" w:rsidRDefault="00C819E4" w:rsidP="00712030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Τ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……………………………………..</w:t>
            </w:r>
          </w:p>
        </w:tc>
        <w:tc>
          <w:tcPr>
            <w:tcW w:w="3701" w:type="dxa"/>
            <w:vAlign w:val="center"/>
          </w:tcPr>
          <w:p w14:paraId="3E67412B" w14:textId="77777777" w:rsidR="00C819E4" w:rsidRPr="00DF5B42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C819E4" w:rsidRPr="00DF5B42" w14:paraId="305553EA" w14:textId="77777777" w:rsidTr="00712030">
        <w:trPr>
          <w:trHeight w:val="454"/>
        </w:trPr>
        <w:tc>
          <w:tcPr>
            <w:tcW w:w="4608" w:type="dxa"/>
            <w:vAlign w:val="center"/>
          </w:tcPr>
          <w:p w14:paraId="08FB3567" w14:textId="2DE5B57D" w:rsidR="00C819E4" w:rsidRPr="00DF5B42" w:rsidRDefault="00C819E4" w:rsidP="00712030">
            <w:pPr>
              <w:pStyle w:val="aa"/>
              <w:numPr>
                <w:ilvl w:val="0"/>
                <w:numId w:val="11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Μ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……………………………………..</w:t>
            </w:r>
          </w:p>
        </w:tc>
        <w:tc>
          <w:tcPr>
            <w:tcW w:w="3701" w:type="dxa"/>
            <w:vAlign w:val="center"/>
          </w:tcPr>
          <w:p w14:paraId="283C6758" w14:textId="77777777" w:rsidR="00C819E4" w:rsidRDefault="00C819E4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544F868B" w14:textId="77777777" w:rsidR="00C819E4" w:rsidRDefault="00C819E4">
      <w:pPr>
        <w:rPr>
          <w:rFonts w:asciiTheme="majorHAnsi" w:hAnsiTheme="majorHAnsi" w:cstheme="majorHAnsi"/>
          <w:b/>
          <w:color w:val="1E3A8A"/>
          <w:sz w:val="24"/>
          <w:lang w:val="el-GR"/>
        </w:rPr>
      </w:pPr>
    </w:p>
    <w:p w14:paraId="71B27530" w14:textId="2A994096" w:rsidR="00E03065" w:rsidRPr="00DF5B42" w:rsidRDefault="00C819E4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4219426F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5E167D5B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1FD3EE84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20720B5B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522A6DE3" w14:textId="77777777" w:rsidR="00C819E4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40C67069" w14:textId="77777777" w:rsidR="00C819E4" w:rsidRPr="00DF5B42" w:rsidRDefault="00C819E4" w:rsidP="00C819E4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60030171" w14:textId="393C9CE9" w:rsidR="00E03065" w:rsidRPr="00DF5B42" w:rsidRDefault="00C819E4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6E5B2D15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1. Ποιος είναι ο κύριος ποταμός που διασχίζει και ποτίζει τον κάμπο της Θεσσαλίας;</w:t>
      </w:r>
    </w:p>
    <w:p w14:paraId="3ADD6116" w14:textId="77777777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59E2568B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2. Ποιο διάσημο βουνό της Θεσσαλίας θεωρούνταν η μυθική κατοικία των Κενταύρων;</w:t>
      </w:r>
    </w:p>
    <w:p w14:paraId="5B1EEC42" w14:textId="77777777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4C5A910B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3. Ποιοι επιβλητικοί βράχοι με μοναστήρια βρίσκονται κοντά στην Καλαμπάκα;</w:t>
      </w:r>
    </w:p>
    <w:p w14:paraId="1E99A5B8" w14:textId="35574DFC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  <w:r w:rsidRPr="00C819E4">
        <w:rPr>
          <w:rFonts w:asciiTheme="majorHAnsi" w:hAnsiTheme="majorHAnsi" w:cstheme="majorHAnsi"/>
          <w:bCs/>
          <w:sz w:val="22"/>
          <w:lang w:val="el-GR"/>
        </w:rPr>
        <w:br w:type="page"/>
      </w:r>
    </w:p>
    <w:p w14:paraId="07773C7E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5</w:t>
      </w:r>
    </w:p>
    <w:p w14:paraId="04586D8B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ΣΤΕΡΕΑ ΕΛΛΑΔΑ</w:t>
      </w:r>
    </w:p>
    <w:p w14:paraId="71579FAD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72E0FE31" w14:textId="1FA0C12D" w:rsidR="00E03065" w:rsidRPr="00C819E4" w:rsidRDefault="00000000">
      <w:pPr>
        <w:rPr>
          <w:rFonts w:asciiTheme="majorHAnsi" w:hAnsiTheme="majorHAnsi" w:cstheme="majorHAnsi"/>
          <w:sz w:val="22"/>
          <w:szCs w:val="24"/>
        </w:rPr>
      </w:pPr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C819E4" w:rsidRPr="00C819E4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C819E4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C819E4" w:rsidRPr="00C819E4" w14:paraId="22244195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4D931706" w14:textId="6BB0A5C6" w:rsidR="00C819E4" w:rsidRPr="00C819E4" w:rsidRDefault="00C819E4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1EE7152E" w14:textId="3168023B" w:rsidR="00C819E4" w:rsidRPr="00C819E4" w:rsidRDefault="00C819E4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……………………………………………………………….</w:t>
            </w:r>
          </w:p>
        </w:tc>
      </w:tr>
      <w:tr w:rsidR="00E03065" w:rsidRPr="00C819E4" w14:paraId="059BD9EA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C84831B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Βόρει</w:t>
            </w:r>
            <w:proofErr w:type="spellEnd"/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42A66C77" w14:textId="0218B253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C819E4">
              <w:rPr>
                <w:rFonts w:asciiTheme="majorHAnsi" w:hAnsiTheme="majorHAnsi" w:cstheme="majorHAnsi"/>
                <w:sz w:val="24"/>
                <w:szCs w:val="32"/>
              </w:rPr>
              <w:t>Ή</w:t>
            </w:r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</w:t>
            </w:r>
            <w:proofErr w:type="gramStart"/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…..</w:t>
            </w:r>
            <w:proofErr w:type="gramEnd"/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και</w:t>
            </w:r>
            <w:r w:rsidRPr="00C819E4">
              <w:rPr>
                <w:rFonts w:asciiTheme="majorHAnsi" w:hAnsiTheme="majorHAnsi" w:cstheme="majorHAnsi"/>
                <w:sz w:val="24"/>
                <w:szCs w:val="32"/>
              </w:rPr>
              <w:t xml:space="preserve"> Θ</w:t>
            </w:r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</w:t>
            </w:r>
          </w:p>
        </w:tc>
      </w:tr>
      <w:tr w:rsidR="00E03065" w:rsidRPr="00C819E4" w14:paraId="66712484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4703A0D4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Ανατολικά:</w:t>
            </w:r>
          </w:p>
        </w:tc>
        <w:tc>
          <w:tcPr>
            <w:tcW w:w="7632" w:type="dxa"/>
            <w:shd w:val="clear" w:color="auto" w:fill="FFFFFF"/>
          </w:tcPr>
          <w:p w14:paraId="713DAF0B" w14:textId="6B4CD77B" w:rsidR="00E03065" w:rsidRPr="00C819E4" w:rsidRDefault="00C819E4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…………………………………………………………</w:t>
            </w:r>
          </w:p>
        </w:tc>
      </w:tr>
      <w:tr w:rsidR="00E03065" w:rsidRPr="00C819E4" w14:paraId="341C2386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1D92CEF8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Δυτικά:</w:t>
            </w:r>
          </w:p>
        </w:tc>
        <w:tc>
          <w:tcPr>
            <w:tcW w:w="7632" w:type="dxa"/>
            <w:shd w:val="clear" w:color="auto" w:fill="FFFFFF"/>
          </w:tcPr>
          <w:p w14:paraId="241AD2F7" w14:textId="7519685E" w:rsidR="00E03065" w:rsidRPr="00C819E4" w:rsidRDefault="00C819E4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…………………………………………………………</w:t>
            </w:r>
          </w:p>
        </w:tc>
      </w:tr>
      <w:tr w:rsidR="00E03065" w:rsidRPr="00C819E4" w14:paraId="1CE12681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368BA4B2" w14:textId="77777777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C819E4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Νότια:</w:t>
            </w:r>
          </w:p>
        </w:tc>
        <w:tc>
          <w:tcPr>
            <w:tcW w:w="7632" w:type="dxa"/>
            <w:shd w:val="clear" w:color="auto" w:fill="FFFFFF"/>
          </w:tcPr>
          <w:p w14:paraId="263A126A" w14:textId="77E0882E" w:rsidR="00E03065" w:rsidRPr="00C819E4" w:rsidRDefault="0000000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Π</w:t>
            </w:r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………………………………. και βρέχεται από τον </w:t>
            </w:r>
            <w:r w:rsidRP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Κ</w:t>
            </w:r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………………………. και τον</w:t>
            </w:r>
            <w:r w:rsidRP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Π</w:t>
            </w:r>
            <w:r w:rsid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………………………….</w:t>
            </w:r>
            <w:r w:rsidRPr="00C819E4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Κόλπο</w:t>
            </w:r>
          </w:p>
        </w:tc>
      </w:tr>
    </w:tbl>
    <w:p w14:paraId="74F9A4E5" w14:textId="77777777" w:rsidR="00C819E4" w:rsidRDefault="00C819E4" w:rsidP="00C819E4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AC64C7" w:rsidRPr="00DF5B42" w14:paraId="753B0CDB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39DBD39B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4151ABDD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AC64C7" w:rsidRPr="00DF5B42" w14:paraId="15F1A365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75692A03" w14:textId="43D7C55F" w:rsidR="00AC64C7" w:rsidRPr="00DF5B42" w:rsidRDefault="00AC64C7" w:rsidP="00AC64C7">
            <w:pPr>
              <w:pStyle w:val="aa"/>
              <w:numPr>
                <w:ilvl w:val="0"/>
                <w:numId w:val="12"/>
              </w:numPr>
              <w:ind w:left="-73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...</w:t>
            </w:r>
          </w:p>
        </w:tc>
        <w:tc>
          <w:tcPr>
            <w:tcW w:w="3701" w:type="dxa"/>
            <w:vAlign w:val="center"/>
          </w:tcPr>
          <w:p w14:paraId="5E7DAA0D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50D49CDB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72161807" w14:textId="6BF80148" w:rsidR="00AC64C7" w:rsidRPr="00DF5B42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Β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…..</w:t>
            </w:r>
          </w:p>
        </w:tc>
        <w:tc>
          <w:tcPr>
            <w:tcW w:w="3701" w:type="dxa"/>
            <w:vAlign w:val="center"/>
          </w:tcPr>
          <w:p w14:paraId="54A4C98A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10E3EF74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079262B7" w14:textId="32652CA4" w:rsidR="00AC64C7" w:rsidRPr="00DF5B42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Φ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15E1C234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59AB3D4E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1365EF37" w14:textId="488DAC06" w:rsidR="00AC64C7" w:rsidRPr="00DF5B42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Φ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4896BBB0" w14:textId="777777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5C23219D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611ED8C1" w14:textId="35A1C18F" w:rsidR="00AC64C7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Ε………………………………………..</w:t>
            </w:r>
          </w:p>
        </w:tc>
        <w:tc>
          <w:tcPr>
            <w:tcW w:w="3701" w:type="dxa"/>
            <w:vAlign w:val="center"/>
          </w:tcPr>
          <w:p w14:paraId="776E4392" w14:textId="43357072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0A577CD3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29D49338" w14:textId="209B52B5" w:rsidR="00AC64C7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Α………………………………………..</w:t>
            </w:r>
          </w:p>
        </w:tc>
        <w:tc>
          <w:tcPr>
            <w:tcW w:w="3701" w:type="dxa"/>
            <w:vAlign w:val="center"/>
          </w:tcPr>
          <w:p w14:paraId="5B2089E8" w14:textId="742791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6C5394F0" w14:textId="77777777" w:rsidTr="00AC64C7">
        <w:trPr>
          <w:trHeight w:val="397"/>
        </w:trPr>
        <w:tc>
          <w:tcPr>
            <w:tcW w:w="4608" w:type="dxa"/>
            <w:vAlign w:val="center"/>
          </w:tcPr>
          <w:p w14:paraId="570A5C83" w14:textId="5B5B1846" w:rsidR="00AC64C7" w:rsidRDefault="00AC64C7" w:rsidP="00AC64C7">
            <w:pPr>
              <w:pStyle w:val="aa"/>
              <w:numPr>
                <w:ilvl w:val="0"/>
                <w:numId w:val="12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Ε………………………………………...</w:t>
            </w:r>
          </w:p>
        </w:tc>
        <w:tc>
          <w:tcPr>
            <w:tcW w:w="3701" w:type="dxa"/>
            <w:vAlign w:val="center"/>
          </w:tcPr>
          <w:p w14:paraId="438BFC1C" w14:textId="2D046A15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53C66E5C" w14:textId="7EA823A4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4. Φυσικό Περιβάλλον</w:t>
      </w:r>
    </w:p>
    <w:p w14:paraId="6B2A5E9B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537C5725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64280393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6E1E1623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13442099" w14:textId="77777777" w:rsidR="00AC64C7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37A34601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6F8D3FB2" w14:textId="0AE1B303" w:rsidR="00E03065" w:rsidRPr="00DF5B42" w:rsidRDefault="00C819E4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18D17040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1. Ποια είναι η μεγαλύτερη φυσική λίμνη της Ελλάδας;</w:t>
      </w:r>
    </w:p>
    <w:p w14:paraId="35CBFFF9" w14:textId="77777777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6E27BA30" w14:textId="3313BFF4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2. Ποιο είναι το 2ο μεγαλύτερο νησί της Ελλάδας;</w:t>
      </w:r>
    </w:p>
    <w:p w14:paraId="051EAF43" w14:textId="77777777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05365F81" w14:textId="77777777" w:rsidR="00E03065" w:rsidRPr="00C819E4" w:rsidRDefault="00000000">
      <w:pPr>
        <w:spacing w:after="120"/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sz w:val="22"/>
          <w:lang w:val="el-GR"/>
        </w:rPr>
        <w:t>3. Ποιο μεγάλο τεχνικό έργο συνδέει τη Στερεά Ελλάδα με την Πελοπόννησο (Ρίο-Αντίρριο);</w:t>
      </w:r>
    </w:p>
    <w:p w14:paraId="69F544A6" w14:textId="0A990233" w:rsidR="00E03065" w:rsidRPr="00C819E4" w:rsidRDefault="00000000">
      <w:pPr>
        <w:rPr>
          <w:rFonts w:asciiTheme="majorHAnsi" w:hAnsiTheme="majorHAnsi" w:cstheme="majorHAnsi"/>
          <w:bCs/>
          <w:sz w:val="22"/>
          <w:lang w:val="el-GR"/>
        </w:rPr>
      </w:pPr>
      <w:r w:rsidRPr="00C819E4">
        <w:rPr>
          <w:rFonts w:asciiTheme="majorHAnsi" w:hAnsiTheme="majorHAnsi" w:cstheme="majorHAnsi"/>
          <w:bCs/>
          <w:color w:val="64748B"/>
          <w:sz w:val="22"/>
          <w:lang w:val="el-GR"/>
        </w:rPr>
        <w:t>Απάντηση: ..................................................................................................................................................</w:t>
      </w:r>
      <w:r w:rsidRPr="00C819E4">
        <w:rPr>
          <w:rFonts w:asciiTheme="majorHAnsi" w:hAnsiTheme="majorHAnsi" w:cstheme="majorHAnsi"/>
          <w:bCs/>
          <w:sz w:val="22"/>
          <w:lang w:val="el-GR"/>
        </w:rPr>
        <w:br w:type="page"/>
      </w:r>
    </w:p>
    <w:p w14:paraId="01577C29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6</w:t>
      </w:r>
    </w:p>
    <w:p w14:paraId="1442DAEF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ΠΕΛΟΠΟΝΝΗΣΟΣ</w:t>
      </w:r>
    </w:p>
    <w:p w14:paraId="2AF61C6B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182CEBBF" w14:textId="0A6DAD7B" w:rsidR="00E03065" w:rsidRPr="00AC64C7" w:rsidRDefault="00000000">
      <w:pPr>
        <w:rPr>
          <w:rFonts w:asciiTheme="majorHAnsi" w:hAnsiTheme="majorHAnsi" w:cstheme="majorHAnsi"/>
          <w:sz w:val="22"/>
          <w:szCs w:val="24"/>
        </w:rPr>
      </w:pPr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AC64C7" w:rsidRPr="00AC64C7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AC64C7" w:rsidRPr="00AC64C7" w14:paraId="38006008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8E133A1" w14:textId="3C538047" w:rsidR="00AC64C7" w:rsidRPr="00AC64C7" w:rsidRDefault="00AC64C7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</w:pPr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42865F3C" w14:textId="47BC245B" w:rsidR="00AC64C7" w:rsidRPr="00AC64C7" w:rsidRDefault="00AC64C7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……………………………………………………………………………….</w:t>
            </w:r>
          </w:p>
        </w:tc>
      </w:tr>
      <w:tr w:rsidR="00E03065" w:rsidRPr="00AC64C7" w14:paraId="65A182CF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E5CAC19" w14:textId="77777777" w:rsidR="00E03065" w:rsidRPr="00AC64C7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Βόρει</w:t>
            </w:r>
            <w:proofErr w:type="spellEnd"/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1442E6EB" w14:textId="24400091" w:rsidR="00E03065" w:rsidRPr="00AC64C7" w:rsidRDefault="0000000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Σ</w:t>
            </w:r>
            <w:r w:rsidR="00AC64C7"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 και βρέχεται από τον</w:t>
            </w:r>
            <w:r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Κ</w:t>
            </w:r>
            <w:r w:rsidR="00AC64C7"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…………………………..</w:t>
            </w:r>
            <w:r w:rsidRPr="00AC64C7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Κόλπο</w:t>
            </w:r>
          </w:p>
        </w:tc>
      </w:tr>
      <w:tr w:rsidR="00E03065" w:rsidRPr="00AC64C7" w14:paraId="763ECACE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0243D4F" w14:textId="77777777" w:rsidR="00E03065" w:rsidRPr="00AC64C7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Αν</w:t>
            </w:r>
            <w:proofErr w:type="spellEnd"/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ατολικά:</w:t>
            </w:r>
          </w:p>
        </w:tc>
        <w:tc>
          <w:tcPr>
            <w:tcW w:w="7632" w:type="dxa"/>
            <w:shd w:val="clear" w:color="auto" w:fill="FFFFFF"/>
          </w:tcPr>
          <w:p w14:paraId="0950A7B7" w14:textId="2D0BD3DB" w:rsidR="00E03065" w:rsidRPr="00AC64C7" w:rsidRDefault="00AC64C7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………………………………………………………..</w:t>
            </w:r>
          </w:p>
        </w:tc>
      </w:tr>
      <w:tr w:rsidR="00E03065" w:rsidRPr="00AC64C7" w14:paraId="1858438B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61F7394F" w14:textId="77777777" w:rsidR="00E03065" w:rsidRPr="00AC64C7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Δυτικά:</w:t>
            </w:r>
          </w:p>
        </w:tc>
        <w:tc>
          <w:tcPr>
            <w:tcW w:w="7632" w:type="dxa"/>
            <w:shd w:val="clear" w:color="auto" w:fill="FFFFFF"/>
          </w:tcPr>
          <w:p w14:paraId="645E7FC3" w14:textId="4B223B9A" w:rsidR="00E03065" w:rsidRPr="00AC64C7" w:rsidRDefault="00AC64C7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………………………………………………………..</w:t>
            </w:r>
          </w:p>
        </w:tc>
      </w:tr>
      <w:tr w:rsidR="00E03065" w:rsidRPr="00AC64C7" w14:paraId="02662D84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D23EDF6" w14:textId="77777777" w:rsidR="00E03065" w:rsidRPr="00AC64C7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AC64C7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Νότια:</w:t>
            </w:r>
          </w:p>
        </w:tc>
        <w:tc>
          <w:tcPr>
            <w:tcW w:w="7632" w:type="dxa"/>
            <w:shd w:val="clear" w:color="auto" w:fill="FFFFFF"/>
          </w:tcPr>
          <w:p w14:paraId="366CAE44" w14:textId="14318411" w:rsidR="00E03065" w:rsidRPr="00AC64C7" w:rsidRDefault="00AC64C7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………………………………………………………..</w:t>
            </w:r>
          </w:p>
        </w:tc>
      </w:tr>
    </w:tbl>
    <w:p w14:paraId="3BC2E10E" w14:textId="77777777" w:rsidR="00AC64C7" w:rsidRDefault="00AC64C7" w:rsidP="00AC64C7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AC64C7" w:rsidRPr="00DF5B42" w14:paraId="485A5BC2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6CF970B9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386651BC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AC64C7" w:rsidRPr="00DF5B42" w14:paraId="6EBC1405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4D7EFFBC" w14:textId="76668BA5" w:rsidR="00AC64C7" w:rsidRPr="00DF5B42" w:rsidRDefault="00AC64C7" w:rsidP="00AC64C7">
            <w:pPr>
              <w:pStyle w:val="aa"/>
              <w:numPr>
                <w:ilvl w:val="0"/>
                <w:numId w:val="13"/>
              </w:numPr>
              <w:ind w:left="-73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Κ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...</w:t>
            </w:r>
          </w:p>
        </w:tc>
        <w:tc>
          <w:tcPr>
            <w:tcW w:w="3701" w:type="dxa"/>
            <w:vAlign w:val="center"/>
          </w:tcPr>
          <w:p w14:paraId="1C25BC78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6E1C6657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4058E825" w14:textId="6D6BE177" w:rsidR="00AC64C7" w:rsidRPr="00DF5B42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…..</w:t>
            </w:r>
          </w:p>
        </w:tc>
        <w:tc>
          <w:tcPr>
            <w:tcW w:w="3701" w:type="dxa"/>
            <w:vAlign w:val="center"/>
          </w:tcPr>
          <w:p w14:paraId="2DCEB5AD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2128D7AE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528F1629" w14:textId="7438BB3E" w:rsidR="00AC64C7" w:rsidRPr="00DF5B42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5651F4CA" w14:textId="77777777" w:rsidR="00AC64C7" w:rsidRPr="00DF5B42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6CDA1B11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36E6F013" w14:textId="66172613" w:rsidR="00AC64C7" w:rsidRPr="00DF5B42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Η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</w:t>
            </w:r>
          </w:p>
        </w:tc>
        <w:tc>
          <w:tcPr>
            <w:tcW w:w="3701" w:type="dxa"/>
            <w:vAlign w:val="center"/>
          </w:tcPr>
          <w:p w14:paraId="5494D5C7" w14:textId="777777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212A52FB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064D4AF9" w14:textId="615DBE56" w:rsidR="00AC64C7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Α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………………………………………..</w:t>
            </w:r>
          </w:p>
        </w:tc>
        <w:tc>
          <w:tcPr>
            <w:tcW w:w="3701" w:type="dxa"/>
            <w:vAlign w:val="center"/>
          </w:tcPr>
          <w:p w14:paraId="5E41E63B" w14:textId="777777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4F878D4B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6FBE3016" w14:textId="337251D0" w:rsidR="00AC64C7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Μ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………………………………………..</w:t>
            </w:r>
          </w:p>
        </w:tc>
        <w:tc>
          <w:tcPr>
            <w:tcW w:w="3701" w:type="dxa"/>
            <w:vAlign w:val="center"/>
          </w:tcPr>
          <w:p w14:paraId="6E47B214" w14:textId="777777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AC64C7" w:rsidRPr="00DF5B42" w14:paraId="4451E898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1E4462F8" w14:textId="3C020F9E" w:rsidR="00AC64C7" w:rsidRDefault="00AC64C7" w:rsidP="00AC64C7">
            <w:pPr>
              <w:pStyle w:val="aa"/>
              <w:numPr>
                <w:ilvl w:val="0"/>
                <w:numId w:val="13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Λ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………………………………………...</w:t>
            </w:r>
          </w:p>
        </w:tc>
        <w:tc>
          <w:tcPr>
            <w:tcW w:w="3701" w:type="dxa"/>
            <w:vAlign w:val="center"/>
          </w:tcPr>
          <w:p w14:paraId="40958D13" w14:textId="77777777" w:rsidR="00AC64C7" w:rsidRDefault="00AC64C7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5FEA5E3B" w14:textId="770152EC" w:rsidR="00E03065" w:rsidRPr="00DF5B42" w:rsidRDefault="00AC64C7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6F4F3C73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4DCEE7E9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15A3B149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43D4F69D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5C05CE9C" w14:textId="77777777" w:rsidR="00AC64C7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65D40DE3" w14:textId="77777777" w:rsidR="00AC64C7" w:rsidRPr="00DF5B42" w:rsidRDefault="00AC64C7" w:rsidP="00AC64C7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716B7EE1" w14:textId="3E43FA33" w:rsidR="00E03065" w:rsidRPr="00DF5B42" w:rsidRDefault="00AC64C7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43EF6DFB" w14:textId="77777777" w:rsidR="00E03065" w:rsidRPr="00AC64C7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sz w:val="22"/>
          <w:szCs w:val="28"/>
          <w:lang w:val="el-GR"/>
        </w:rPr>
        <w:t>1. Ποιο τεχνητό κανάλι συνδέει τον Κορινθιακό με τον Σαρωνικό κόλπο;</w:t>
      </w:r>
    </w:p>
    <w:p w14:paraId="535B13EB" w14:textId="77777777" w:rsidR="00E03065" w:rsidRPr="00AC64C7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68180120" w14:textId="77777777" w:rsidR="00E03065" w:rsidRPr="00AC64C7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sz w:val="22"/>
          <w:szCs w:val="28"/>
          <w:lang w:val="el-GR"/>
        </w:rPr>
        <w:t>2. Ποιο είναι το ψηλότερο βουνό της Πελοποννήσου;</w:t>
      </w:r>
    </w:p>
    <w:p w14:paraId="7BF011E5" w14:textId="77777777" w:rsidR="00E03065" w:rsidRPr="00AC64C7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43EB8643" w14:textId="77777777" w:rsidR="00E03065" w:rsidRPr="00AC64C7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sz w:val="22"/>
          <w:szCs w:val="28"/>
          <w:lang w:val="el-GR"/>
        </w:rPr>
        <w:t>3. Ποιος ιστορικός ποταμός διασχίζει τη Σπάρτη και εκβάλλει στον Λακωνικό κόλπο;</w:t>
      </w:r>
    </w:p>
    <w:p w14:paraId="028977E7" w14:textId="104DEB77" w:rsidR="00E03065" w:rsidRPr="00AC64C7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AC64C7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  <w:r w:rsidRPr="00AC64C7">
        <w:rPr>
          <w:rFonts w:asciiTheme="majorHAnsi" w:hAnsiTheme="majorHAnsi" w:cstheme="majorHAnsi"/>
          <w:bCs/>
          <w:sz w:val="24"/>
          <w:szCs w:val="28"/>
          <w:lang w:val="el-GR"/>
        </w:rPr>
        <w:br w:type="page"/>
      </w:r>
    </w:p>
    <w:p w14:paraId="6EC995AF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7</w:t>
      </w:r>
    </w:p>
    <w:p w14:paraId="46804054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ΝΗΣΙΑ ΙΟΝΙΟΥ ΠΕΛΑΓΟΥΣ</w:t>
      </w:r>
    </w:p>
    <w:p w14:paraId="184EE9CF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057712E3" w14:textId="49E1E402" w:rsidR="00E03065" w:rsidRPr="00AC64C7" w:rsidRDefault="00000000">
      <w:pPr>
        <w:rPr>
          <w:rFonts w:asciiTheme="majorHAnsi" w:hAnsiTheme="majorHAnsi" w:cstheme="majorHAnsi"/>
          <w:sz w:val="22"/>
          <w:szCs w:val="24"/>
        </w:rPr>
      </w:pPr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AC64C7" w:rsidRPr="00AC64C7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AC64C7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E03065" w:rsidRPr="00424D56" w14:paraId="439CFEEA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441C483C" w14:textId="03DB1667" w:rsidR="00E03065" w:rsidRPr="00424D56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Θέση</w:t>
            </w:r>
            <w:proofErr w:type="spellEnd"/>
            <w:r w:rsid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 xml:space="preserve"> στην Ελλάδα</w:t>
            </w:r>
            <w:r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0C0C015D" w14:textId="309E21A8" w:rsidR="00E03065" w:rsidRPr="00424D56" w:rsidRDefault="00424D56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………………………………………………………………………….</w:t>
            </w:r>
          </w:p>
        </w:tc>
      </w:tr>
      <w:tr w:rsidR="00E03065" w:rsidRPr="00424D56" w14:paraId="704DF155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78EC1E56" w14:textId="06A2AAEA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Ανατολικά</w:t>
            </w:r>
            <w:r w:rsidR="00000000"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1554C673" w14:textId="0FA3F3EF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…………………………………………………….</w:t>
            </w:r>
          </w:p>
        </w:tc>
      </w:tr>
      <w:tr w:rsidR="00E03065" w:rsidRPr="00424D56" w14:paraId="390A0C07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7930359F" w14:textId="77777777" w:rsidR="00E03065" w:rsidRPr="00424D56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Δυτικά:</w:t>
            </w:r>
          </w:p>
        </w:tc>
        <w:tc>
          <w:tcPr>
            <w:tcW w:w="7632" w:type="dxa"/>
            <w:shd w:val="clear" w:color="auto" w:fill="FFFFFF"/>
          </w:tcPr>
          <w:p w14:paraId="49861CC2" w14:textId="3B2EA52F" w:rsidR="00E03065" w:rsidRPr="00424D56" w:rsidRDefault="00424D56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…………………………………………………….</w:t>
            </w:r>
          </w:p>
        </w:tc>
      </w:tr>
    </w:tbl>
    <w:p w14:paraId="103E9BEF" w14:textId="266C58CE" w:rsidR="00E03065" w:rsidRPr="00DF5B42" w:rsidRDefault="00E03065">
      <w:pPr>
        <w:spacing w:after="120"/>
        <w:jc w:val="center"/>
        <w:rPr>
          <w:rFonts w:asciiTheme="majorHAnsi" w:hAnsiTheme="majorHAnsi" w:cstheme="majorHAnsi"/>
        </w:rPr>
      </w:pPr>
    </w:p>
    <w:p w14:paraId="362D3F4C" w14:textId="5DD20ECB" w:rsidR="00E03065" w:rsidRPr="00424D56" w:rsidRDefault="00AC64C7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424D56" w:rsidRPr="00DF5B42" w14:paraId="77F1FB7B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2A7FC52B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02BBC144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424D56" w:rsidRPr="00DF5B42" w14:paraId="688ABA41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19499D37" w14:textId="77777777" w:rsidR="00424D56" w:rsidRPr="00DF5B42" w:rsidRDefault="00424D56" w:rsidP="00424D56">
            <w:pPr>
              <w:pStyle w:val="aa"/>
              <w:numPr>
                <w:ilvl w:val="0"/>
                <w:numId w:val="14"/>
              </w:numPr>
              <w:ind w:left="-73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Κ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...</w:t>
            </w:r>
          </w:p>
        </w:tc>
        <w:tc>
          <w:tcPr>
            <w:tcW w:w="3701" w:type="dxa"/>
            <w:vAlign w:val="center"/>
          </w:tcPr>
          <w:p w14:paraId="38211761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37AA97A7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2D183D89" w14:textId="0872CD59" w:rsidR="00424D56" w:rsidRPr="00DF5B42" w:rsidRDefault="00424D56" w:rsidP="00424D56">
            <w:pPr>
              <w:pStyle w:val="aa"/>
              <w:numPr>
                <w:ilvl w:val="0"/>
                <w:numId w:val="14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Λ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…..</w:t>
            </w:r>
          </w:p>
        </w:tc>
        <w:tc>
          <w:tcPr>
            <w:tcW w:w="3701" w:type="dxa"/>
            <w:vAlign w:val="center"/>
          </w:tcPr>
          <w:p w14:paraId="15FD7628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47119052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2688A136" w14:textId="2778D09D" w:rsidR="00424D56" w:rsidRPr="00DF5B42" w:rsidRDefault="00424D56" w:rsidP="00424D56">
            <w:pPr>
              <w:pStyle w:val="aa"/>
              <w:numPr>
                <w:ilvl w:val="0"/>
                <w:numId w:val="14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Κ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629D494A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23CB4833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07DA7DF9" w14:textId="5F0F0224" w:rsidR="00424D56" w:rsidRPr="00DF5B42" w:rsidRDefault="00424D56" w:rsidP="00424D56">
            <w:pPr>
              <w:pStyle w:val="aa"/>
              <w:numPr>
                <w:ilvl w:val="0"/>
                <w:numId w:val="14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Ζ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</w:t>
            </w:r>
          </w:p>
        </w:tc>
        <w:tc>
          <w:tcPr>
            <w:tcW w:w="3701" w:type="dxa"/>
            <w:vAlign w:val="center"/>
          </w:tcPr>
          <w:p w14:paraId="641F6750" w14:textId="77777777" w:rsidR="00424D56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5C9D19B2" w14:textId="77777777" w:rsidR="00424D56" w:rsidRDefault="00424D56">
      <w:pPr>
        <w:rPr>
          <w:rFonts w:asciiTheme="majorHAnsi" w:hAnsiTheme="majorHAnsi" w:cstheme="majorHAnsi"/>
          <w:b/>
          <w:color w:val="1E3A8A"/>
          <w:sz w:val="24"/>
          <w:lang w:val="el-GR"/>
        </w:rPr>
      </w:pPr>
    </w:p>
    <w:p w14:paraId="7CCD3B6A" w14:textId="58D237F5" w:rsidR="00E03065" w:rsidRPr="00DF5B42" w:rsidRDefault="00424D56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0B460099" w14:textId="77777777" w:rsidR="00424D56" w:rsidRPr="00DF5B42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17919AEB" w14:textId="77777777" w:rsidR="00424D56" w:rsidRPr="00DF5B42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47F0D8BA" w14:textId="77777777" w:rsidR="00424D56" w:rsidRPr="00DF5B42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7DB7299D" w14:textId="77777777" w:rsidR="00424D56" w:rsidRPr="00DF5B42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76C46843" w14:textId="77777777" w:rsidR="00424D56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67E0D8D6" w14:textId="77777777" w:rsidR="00424D56" w:rsidRPr="00DF5B42" w:rsidRDefault="00424D56" w:rsidP="00424D56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0E78223A" w14:textId="67137D49" w:rsidR="00E03065" w:rsidRPr="00DF5B42" w:rsidRDefault="00424D56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31C5C657" w14:textId="77777777" w:rsidR="00E03065" w:rsidRPr="00424D56" w:rsidRDefault="00000000">
      <w:pPr>
        <w:spacing w:after="120"/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sz w:val="24"/>
          <w:szCs w:val="32"/>
          <w:lang w:val="el-GR"/>
        </w:rPr>
        <w:t>1. Ποιο νησί του Ιονίου είναι η θρυλική πατρίδα του πολυμήχανου Οδυσσέα;</w:t>
      </w:r>
    </w:p>
    <w:p w14:paraId="0B56C516" w14:textId="77777777" w:rsidR="00E03065" w:rsidRPr="00424D56" w:rsidRDefault="00000000">
      <w:pPr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color w:val="64748B"/>
          <w:sz w:val="24"/>
          <w:szCs w:val="3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1AD3896D" w14:textId="77777777" w:rsidR="00E03065" w:rsidRPr="00424D56" w:rsidRDefault="00000000">
      <w:pPr>
        <w:spacing w:after="120"/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sz w:val="24"/>
          <w:szCs w:val="32"/>
          <w:lang w:val="el-GR"/>
        </w:rPr>
        <w:t xml:space="preserve">2. Σε ποιο νησί βρίσκεται το όρος Αίνος με το σπάνιο προστατευόμενο </w:t>
      </w:r>
      <w:proofErr w:type="spellStart"/>
      <w:r w:rsidRPr="00424D56">
        <w:rPr>
          <w:rFonts w:asciiTheme="majorHAnsi" w:hAnsiTheme="majorHAnsi" w:cstheme="majorHAnsi"/>
          <w:bCs/>
          <w:sz w:val="24"/>
          <w:szCs w:val="32"/>
          <w:lang w:val="el-GR"/>
        </w:rPr>
        <w:t>ελατόδασος</w:t>
      </w:r>
      <w:proofErr w:type="spellEnd"/>
      <w:r w:rsidRPr="00424D56">
        <w:rPr>
          <w:rFonts w:asciiTheme="majorHAnsi" w:hAnsiTheme="majorHAnsi" w:cstheme="majorHAnsi"/>
          <w:bCs/>
          <w:sz w:val="24"/>
          <w:szCs w:val="32"/>
          <w:lang w:val="el-GR"/>
        </w:rPr>
        <w:t>;</w:t>
      </w:r>
    </w:p>
    <w:p w14:paraId="404BE96C" w14:textId="77777777" w:rsidR="00E03065" w:rsidRPr="00424D56" w:rsidRDefault="00000000">
      <w:pPr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color w:val="64748B"/>
          <w:sz w:val="24"/>
          <w:szCs w:val="32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3B46B15F" w14:textId="77777777" w:rsidR="00E03065" w:rsidRPr="00424D56" w:rsidRDefault="00000000">
      <w:pPr>
        <w:spacing w:after="120"/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sz w:val="24"/>
          <w:szCs w:val="32"/>
          <w:lang w:val="el-GR"/>
        </w:rPr>
        <w:t>3. Ποιος εθνικός μας ποιητής γεννήθηκε στη Ζάκυνθο;</w:t>
      </w:r>
    </w:p>
    <w:p w14:paraId="2C971572" w14:textId="2597AFED" w:rsidR="00E03065" w:rsidRPr="00424D56" w:rsidRDefault="00000000">
      <w:pPr>
        <w:rPr>
          <w:rFonts w:asciiTheme="majorHAnsi" w:hAnsiTheme="majorHAnsi" w:cstheme="majorHAnsi"/>
          <w:bCs/>
          <w:sz w:val="28"/>
          <w:szCs w:val="32"/>
          <w:lang w:val="el-GR"/>
        </w:rPr>
      </w:pPr>
      <w:r w:rsidRPr="00424D56">
        <w:rPr>
          <w:rFonts w:asciiTheme="majorHAnsi" w:hAnsiTheme="majorHAnsi" w:cstheme="majorHAnsi"/>
          <w:bCs/>
          <w:color w:val="64748B"/>
          <w:sz w:val="24"/>
          <w:szCs w:val="32"/>
          <w:lang w:val="el-GR"/>
        </w:rPr>
        <w:t>Απάντηση: ..................................................................................................................................................</w:t>
      </w:r>
      <w:r w:rsidRPr="00424D56">
        <w:rPr>
          <w:rFonts w:asciiTheme="majorHAnsi" w:hAnsiTheme="majorHAnsi" w:cstheme="majorHAnsi"/>
          <w:bCs/>
          <w:sz w:val="28"/>
          <w:szCs w:val="32"/>
          <w:lang w:val="el-GR"/>
        </w:rPr>
        <w:br w:type="page"/>
      </w:r>
    </w:p>
    <w:p w14:paraId="3B1E907A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8</w:t>
      </w:r>
    </w:p>
    <w:p w14:paraId="1E997EE6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ΝΗΣΙΑ ΑΙΓΑΙΟΥ ΠΕΛΑΓΟΥΣ</w:t>
      </w:r>
    </w:p>
    <w:p w14:paraId="4744EFD0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59F0C57A" w14:textId="52A45821" w:rsidR="00E03065" w:rsidRPr="00424D56" w:rsidRDefault="00000000">
      <w:pPr>
        <w:rPr>
          <w:rFonts w:asciiTheme="majorHAnsi" w:hAnsiTheme="majorHAnsi" w:cstheme="majorHAnsi"/>
          <w:sz w:val="22"/>
          <w:szCs w:val="24"/>
        </w:rPr>
      </w:pPr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424D56" w:rsidRPr="00424D56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424D56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E03065" w:rsidRPr="00424D56" w14:paraId="77BEFB44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4D4C0E0" w14:textId="1545B9DB" w:rsidR="00E03065" w:rsidRPr="00424D56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Θέση</w:t>
            </w:r>
            <w:proofErr w:type="spellEnd"/>
            <w:r w:rsid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 xml:space="preserve"> στην Ελλάδα</w:t>
            </w:r>
            <w:r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70F8115C" w14:textId="5622304C" w:rsidR="00E03065" w:rsidRPr="00424D56" w:rsidRDefault="00424D56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</w:t>
            </w:r>
            <w:r w:rsidR="006335A1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………….</w:t>
            </w:r>
          </w:p>
        </w:tc>
      </w:tr>
      <w:tr w:rsidR="00E03065" w:rsidRPr="00424D56" w14:paraId="5E39C322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74BA61DA" w14:textId="62F2447B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Β/</w:t>
            </w:r>
            <w:r w:rsidR="00000000"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</w:t>
            </w: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/Δ</w:t>
            </w:r>
            <w:r w:rsidR="00000000"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2D48D5AB" w14:textId="7E7DFA85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…………………………………………………….</w:t>
            </w:r>
          </w:p>
        </w:tc>
      </w:tr>
      <w:tr w:rsidR="00E03065" w:rsidRPr="00424D56" w14:paraId="485511ED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68FFCA2A" w14:textId="1D50786A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Νότια</w:t>
            </w:r>
            <w:r w:rsidR="00000000" w:rsidRPr="00424D56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37FB8CCB" w14:textId="4200C5C4" w:rsidR="00E03065" w:rsidRPr="00424D56" w:rsidRDefault="0043439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Βρέχεται από …………………………………………………….</w:t>
            </w:r>
          </w:p>
        </w:tc>
      </w:tr>
    </w:tbl>
    <w:p w14:paraId="47689927" w14:textId="3AB0DACD" w:rsidR="00E03065" w:rsidRPr="00DF5B42" w:rsidRDefault="00E03065">
      <w:pPr>
        <w:spacing w:after="120"/>
        <w:jc w:val="center"/>
        <w:rPr>
          <w:rFonts w:asciiTheme="majorHAnsi" w:hAnsiTheme="majorHAnsi" w:cstheme="majorHAnsi"/>
        </w:rPr>
      </w:pPr>
    </w:p>
    <w:p w14:paraId="6B982047" w14:textId="77777777" w:rsidR="00424D56" w:rsidRPr="00424D56" w:rsidRDefault="00424D56" w:rsidP="00424D56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424D56" w:rsidRPr="00DF5B42" w14:paraId="15F0E25A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50790985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4E6F1120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424D56" w:rsidRPr="00DF5B42" w14:paraId="2F95BAEA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5528557C" w14:textId="77777777" w:rsidR="00424D56" w:rsidRPr="00DF5B42" w:rsidRDefault="00424D56" w:rsidP="00424D56">
            <w:pPr>
              <w:pStyle w:val="aa"/>
              <w:numPr>
                <w:ilvl w:val="0"/>
                <w:numId w:val="15"/>
              </w:numPr>
              <w:ind w:left="-73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Κ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...</w:t>
            </w:r>
          </w:p>
        </w:tc>
        <w:tc>
          <w:tcPr>
            <w:tcW w:w="3701" w:type="dxa"/>
            <w:vAlign w:val="center"/>
          </w:tcPr>
          <w:p w14:paraId="07645822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145A669D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1E305D14" w14:textId="77777777" w:rsidR="00424D56" w:rsidRPr="00DF5B42" w:rsidRDefault="00424D56" w:rsidP="00424D56">
            <w:pPr>
              <w:pStyle w:val="aa"/>
              <w:numPr>
                <w:ilvl w:val="0"/>
                <w:numId w:val="15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Λ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…..</w:t>
            </w:r>
          </w:p>
        </w:tc>
        <w:tc>
          <w:tcPr>
            <w:tcW w:w="3701" w:type="dxa"/>
            <w:vAlign w:val="center"/>
          </w:tcPr>
          <w:p w14:paraId="406F9957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770E15A4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6B1F5DDD" w14:textId="3537073D" w:rsidR="00424D56" w:rsidRPr="00DF5B42" w:rsidRDefault="00424D56" w:rsidP="00424D56">
            <w:pPr>
              <w:pStyle w:val="aa"/>
              <w:numPr>
                <w:ilvl w:val="0"/>
                <w:numId w:val="15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Χ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2D60D668" w14:textId="77777777" w:rsidR="00424D56" w:rsidRPr="00DF5B42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2BC6D6A3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726127D1" w14:textId="55E164E6" w:rsidR="00424D56" w:rsidRPr="00DF5B42" w:rsidRDefault="00424D56" w:rsidP="00424D56">
            <w:pPr>
              <w:pStyle w:val="aa"/>
              <w:numPr>
                <w:ilvl w:val="0"/>
                <w:numId w:val="15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Σ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</w:t>
            </w:r>
          </w:p>
        </w:tc>
        <w:tc>
          <w:tcPr>
            <w:tcW w:w="3701" w:type="dxa"/>
            <w:vAlign w:val="center"/>
          </w:tcPr>
          <w:p w14:paraId="144164DB" w14:textId="77777777" w:rsidR="00424D56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24D56" w:rsidRPr="00DF5B42" w14:paraId="347B894E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64799DF7" w14:textId="7CDD55C4" w:rsidR="00424D56" w:rsidRDefault="00424D56" w:rsidP="00424D56">
            <w:pPr>
              <w:pStyle w:val="aa"/>
              <w:numPr>
                <w:ilvl w:val="0"/>
                <w:numId w:val="15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Δ………………………………………..</w:t>
            </w:r>
          </w:p>
        </w:tc>
        <w:tc>
          <w:tcPr>
            <w:tcW w:w="3701" w:type="dxa"/>
            <w:vAlign w:val="center"/>
          </w:tcPr>
          <w:p w14:paraId="28ADF422" w14:textId="34FF8127" w:rsidR="00424D56" w:rsidRDefault="00424D56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182B4EC1" w14:textId="77777777" w:rsidR="00424D56" w:rsidRDefault="00424D56" w:rsidP="00424D56">
      <w:pPr>
        <w:rPr>
          <w:rFonts w:asciiTheme="majorHAnsi" w:hAnsiTheme="majorHAnsi" w:cstheme="majorHAnsi"/>
          <w:b/>
          <w:color w:val="1E3A8A"/>
          <w:sz w:val="24"/>
          <w:lang w:val="el-GR"/>
        </w:rPr>
      </w:pPr>
    </w:p>
    <w:p w14:paraId="54446BEB" w14:textId="574BF60E" w:rsidR="00424D56" w:rsidRPr="00DF5B42" w:rsidRDefault="00424D56" w:rsidP="00424D56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6B86BB70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2AD1B711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4A68D8EC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3356B618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209480D3" w14:textId="77777777" w:rsidR="00434390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7C1EEAC7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3C33E8D9" w14:textId="772A24C8" w:rsidR="00E03065" w:rsidRPr="00DF5B42" w:rsidRDefault="00424D56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2E789D9B" w14:textId="52B65007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1. Ποιο είναι το μεγαλύτερο νησί των Δωδεκανήσων;</w:t>
      </w:r>
    </w:p>
    <w:p w14:paraId="644315CE" w14:textId="77777777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7CA85926" w14:textId="292A3169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2. Ποιο διάσημο ηφαιστειογενές νησί ανήκει στις Κυκλάδες;</w:t>
      </w:r>
    </w:p>
    <w:p w14:paraId="6170F46C" w14:textId="77777777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455DC98C" w14:textId="142EE9DF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 xml:space="preserve">3. </w:t>
      </w:r>
      <w:r w:rsidR="00434390">
        <w:rPr>
          <w:rFonts w:asciiTheme="majorHAnsi" w:hAnsiTheme="majorHAnsi" w:cstheme="majorHAnsi"/>
          <w:bCs/>
          <w:sz w:val="22"/>
          <w:szCs w:val="28"/>
          <w:lang w:val="el-GR"/>
        </w:rPr>
        <w:t>Γιατί οι Κυκλάδες ονομάστηκαν έτσι</w:t>
      </w: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;</w:t>
      </w:r>
    </w:p>
    <w:p w14:paraId="3D10F06E" w14:textId="2DC6B4F4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  <w:r w:rsidRPr="00434390">
        <w:rPr>
          <w:rFonts w:asciiTheme="majorHAnsi" w:hAnsiTheme="majorHAnsi" w:cstheme="majorHAnsi"/>
          <w:bCs/>
          <w:sz w:val="24"/>
          <w:szCs w:val="28"/>
          <w:lang w:val="el-GR"/>
        </w:rPr>
        <w:br w:type="page"/>
      </w:r>
    </w:p>
    <w:p w14:paraId="4DE4740B" w14:textId="77777777" w:rsidR="00E03065" w:rsidRPr="00DF5B42" w:rsidRDefault="00000000">
      <w:pPr>
        <w:jc w:val="right"/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0284C7"/>
          <w:sz w:val="17"/>
          <w:lang w:val="el-GR"/>
        </w:rPr>
        <w:lastRenderedPageBreak/>
        <w:t>ΜΕΛΕΤΗ ΠΕΡΙΒΑΛΛΟΝΤΟΣ Δ΄ ΔΗΜΟΤΙΚΟΥ | ΦΥΛΛΟ ΕΡΓΑΣΙΑΣ 9</w:t>
      </w:r>
    </w:p>
    <w:p w14:paraId="504499CB" w14:textId="77777777" w:rsidR="00E03065" w:rsidRPr="00DF5B42" w:rsidRDefault="00000000">
      <w:pPr>
        <w:rPr>
          <w:rFonts w:asciiTheme="majorHAnsi" w:hAnsiTheme="majorHAnsi" w:cstheme="majorHAnsi"/>
          <w:lang w:val="el-GR"/>
        </w:rPr>
      </w:pPr>
      <w:r w:rsidRPr="00DF5B42">
        <w:rPr>
          <w:rFonts w:asciiTheme="majorHAnsi" w:hAnsiTheme="majorHAnsi" w:cstheme="majorHAnsi"/>
          <w:b/>
          <w:color w:val="1E3A8A"/>
          <w:sz w:val="30"/>
          <w:lang w:val="el-GR"/>
        </w:rPr>
        <w:t>ΓΕΩΓΡΑΦΙΚΟ ΔΙΑΜΕΡΙΣΜΑ: ΚΡΗΤΗ</w:t>
      </w:r>
    </w:p>
    <w:p w14:paraId="3B18BD3F" w14:textId="77777777" w:rsidR="00C23AD4" w:rsidRPr="00DF5B42" w:rsidRDefault="00C23AD4" w:rsidP="00C23AD4">
      <w:pPr>
        <w:rPr>
          <w:rFonts w:asciiTheme="majorHAnsi" w:hAnsiTheme="majorHAnsi" w:cstheme="majorHAnsi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sz w:val="24"/>
          <w:szCs w:val="32"/>
          <w:lang w:val="el-GR"/>
        </w:rPr>
        <w:t xml:space="preserve">Όνομα: ................................................................  </w:t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ab/>
      </w:r>
      <w:r>
        <w:rPr>
          <w:rFonts w:asciiTheme="majorHAnsi" w:hAnsiTheme="majorHAnsi" w:cstheme="majorHAnsi"/>
          <w:sz w:val="24"/>
          <w:szCs w:val="32"/>
          <w:lang w:val="el-GR"/>
        </w:rPr>
        <w:tab/>
      </w:r>
      <w:r w:rsidRPr="00DF5B42">
        <w:rPr>
          <w:rFonts w:asciiTheme="majorHAnsi" w:hAnsiTheme="majorHAnsi" w:cstheme="majorHAnsi"/>
          <w:sz w:val="24"/>
          <w:szCs w:val="32"/>
          <w:lang w:val="el-GR"/>
        </w:rPr>
        <w:t>Ημερομηνία: .............................</w:t>
      </w:r>
    </w:p>
    <w:p w14:paraId="3A7CC08D" w14:textId="2927F64D" w:rsidR="00E03065" w:rsidRPr="00434390" w:rsidRDefault="00000000">
      <w:pPr>
        <w:rPr>
          <w:rFonts w:asciiTheme="majorHAnsi" w:hAnsiTheme="majorHAnsi" w:cstheme="majorHAnsi"/>
          <w:sz w:val="22"/>
          <w:szCs w:val="24"/>
        </w:rPr>
      </w:pPr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1. </w:t>
      </w:r>
      <w:proofErr w:type="spellStart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>Γεωγρ</w:t>
      </w:r>
      <w:proofErr w:type="spellEnd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αφική </w:t>
      </w:r>
      <w:proofErr w:type="spellStart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>Θέση</w:t>
      </w:r>
      <w:proofErr w:type="spellEnd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 w:rsidR="00434390"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-</w:t>
      </w:r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>Σύνορ</w:t>
      </w:r>
      <w:proofErr w:type="spellEnd"/>
      <w:r w:rsidRPr="00434390">
        <w:rPr>
          <w:rFonts w:asciiTheme="majorHAnsi" w:hAnsiTheme="majorHAnsi" w:cstheme="majorHAnsi"/>
          <w:b/>
          <w:color w:val="1E3A8A"/>
          <w:sz w:val="24"/>
          <w:szCs w:val="24"/>
        </w:rPr>
        <w:t>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632"/>
      </w:tblGrid>
      <w:tr w:rsidR="00434390" w:rsidRPr="00434390" w14:paraId="158B6449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1C0F7292" w14:textId="2A9668BD" w:rsidR="00434390" w:rsidRPr="00434390" w:rsidRDefault="00434390">
            <w:pP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0284C7"/>
                <w:sz w:val="24"/>
                <w:szCs w:val="32"/>
                <w:lang w:val="el-GR"/>
              </w:rPr>
              <w:t>Θέση στην Ελλάδα:</w:t>
            </w:r>
          </w:p>
        </w:tc>
        <w:tc>
          <w:tcPr>
            <w:tcW w:w="7632" w:type="dxa"/>
            <w:shd w:val="clear" w:color="auto" w:fill="FFFFFF"/>
          </w:tcPr>
          <w:p w14:paraId="17AAFBD2" w14:textId="44D4BA7A" w:rsidR="00434390" w:rsidRDefault="0043439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………………………………………………………………..</w:t>
            </w:r>
          </w:p>
        </w:tc>
      </w:tr>
      <w:tr w:rsidR="00E03065" w:rsidRPr="00434390" w14:paraId="4F6C2E8C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5EF3A3AF" w14:textId="77777777" w:rsidR="00E03065" w:rsidRPr="00434390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Βόρει</w:t>
            </w:r>
            <w:proofErr w:type="spellEnd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43DB4ED6" w14:textId="61506674" w:rsidR="00E03065" w:rsidRPr="00434390" w:rsidRDefault="0043439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Βρέχεται από το 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Κ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……………………..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Πέλαγος</w:t>
            </w:r>
          </w:p>
        </w:tc>
      </w:tr>
      <w:tr w:rsidR="00E03065" w:rsidRPr="00434390" w14:paraId="3A9E5802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0442A3A7" w14:textId="77777777" w:rsidR="00E03065" w:rsidRPr="00434390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Νότι</w:t>
            </w:r>
            <w:proofErr w:type="spellEnd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α:</w:t>
            </w:r>
          </w:p>
        </w:tc>
        <w:tc>
          <w:tcPr>
            <w:tcW w:w="7632" w:type="dxa"/>
            <w:shd w:val="clear" w:color="auto" w:fill="FFFFFF"/>
          </w:tcPr>
          <w:p w14:paraId="0B8CFBA3" w14:textId="69D7EB1E" w:rsidR="00E03065" w:rsidRPr="00434390" w:rsidRDefault="0043439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Βρέχεται από 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το 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Λ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…………………….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Πέλαγος</w:t>
            </w:r>
          </w:p>
        </w:tc>
      </w:tr>
      <w:tr w:rsidR="00E03065" w:rsidRPr="00434390" w14:paraId="1280D891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67A31C9E" w14:textId="77777777" w:rsidR="00E03065" w:rsidRPr="00434390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Αν</w:t>
            </w:r>
            <w:proofErr w:type="spellEnd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ατολικά:</w:t>
            </w:r>
          </w:p>
        </w:tc>
        <w:tc>
          <w:tcPr>
            <w:tcW w:w="7632" w:type="dxa"/>
            <w:shd w:val="clear" w:color="auto" w:fill="FFFFFF"/>
          </w:tcPr>
          <w:p w14:paraId="778DB5B5" w14:textId="7F951353" w:rsidR="00E03065" w:rsidRPr="00434390" w:rsidRDefault="0043439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Βρέχεται από 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το 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Κ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…………………….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Πέλαγος</w:t>
            </w:r>
          </w:p>
        </w:tc>
      </w:tr>
      <w:tr w:rsidR="00E03065" w:rsidRPr="00434390" w14:paraId="45435BB7" w14:textId="77777777">
        <w:trPr>
          <w:jc w:val="center"/>
        </w:trPr>
        <w:tc>
          <w:tcPr>
            <w:tcW w:w="2160" w:type="dxa"/>
            <w:shd w:val="clear" w:color="auto" w:fill="F1F5F9"/>
          </w:tcPr>
          <w:p w14:paraId="7400F73B" w14:textId="77777777" w:rsidR="00E03065" w:rsidRPr="00434390" w:rsidRDefault="00000000">
            <w:pPr>
              <w:rPr>
                <w:rFonts w:asciiTheme="majorHAnsi" w:hAnsiTheme="majorHAnsi" w:cstheme="majorHAnsi"/>
                <w:sz w:val="24"/>
                <w:szCs w:val="32"/>
              </w:rPr>
            </w:pPr>
            <w:proofErr w:type="spellStart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Δυτικά</w:t>
            </w:r>
            <w:proofErr w:type="spellEnd"/>
            <w:r w:rsidRPr="00434390">
              <w:rPr>
                <w:rFonts w:asciiTheme="majorHAnsi" w:hAnsiTheme="majorHAnsi" w:cstheme="majorHAnsi"/>
                <w:b/>
                <w:color w:val="0284C7"/>
                <w:sz w:val="24"/>
                <w:szCs w:val="32"/>
              </w:rPr>
              <w:t>:</w:t>
            </w:r>
          </w:p>
        </w:tc>
        <w:tc>
          <w:tcPr>
            <w:tcW w:w="7632" w:type="dxa"/>
            <w:shd w:val="clear" w:color="auto" w:fill="FFFFFF"/>
          </w:tcPr>
          <w:p w14:paraId="64199A5A" w14:textId="2655A638" w:rsidR="00E03065" w:rsidRPr="00434390" w:rsidRDefault="00434390">
            <w:pPr>
              <w:rPr>
                <w:rFonts w:asciiTheme="majorHAnsi" w:hAnsiTheme="majorHAnsi" w:cstheme="majorHAnsi"/>
                <w:sz w:val="24"/>
                <w:szCs w:val="32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Βρέχεται από 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τη 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Μ</w:t>
            </w:r>
            <w:r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>……………………..</w:t>
            </w:r>
            <w:r w:rsidR="00000000" w:rsidRPr="00434390">
              <w:rPr>
                <w:rFonts w:asciiTheme="majorHAnsi" w:hAnsiTheme="majorHAnsi" w:cstheme="majorHAnsi"/>
                <w:sz w:val="24"/>
                <w:szCs w:val="32"/>
                <w:lang w:val="el-GR"/>
              </w:rPr>
              <w:t xml:space="preserve"> Θάλασσα</w:t>
            </w:r>
          </w:p>
        </w:tc>
      </w:tr>
    </w:tbl>
    <w:p w14:paraId="4263E22F" w14:textId="3F20F41A" w:rsidR="00E03065" w:rsidRPr="00434390" w:rsidRDefault="00E03065">
      <w:pPr>
        <w:spacing w:after="120"/>
        <w:jc w:val="center"/>
        <w:rPr>
          <w:rFonts w:asciiTheme="majorHAnsi" w:hAnsiTheme="majorHAnsi" w:cstheme="majorHAnsi"/>
          <w:lang w:val="el-GR"/>
        </w:rPr>
      </w:pPr>
    </w:p>
    <w:p w14:paraId="50530386" w14:textId="77777777" w:rsidR="00434390" w:rsidRPr="00424D56" w:rsidRDefault="00434390" w:rsidP="00434390">
      <w:pP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2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.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Νομ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οί</w:t>
      </w:r>
      <w:proofErr w:type="spellEnd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–</w:t>
      </w:r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 xml:space="preserve"> </w:t>
      </w:r>
      <w:proofErr w:type="spellStart"/>
      <w:r w:rsidRPr="00DF5B42">
        <w:rPr>
          <w:rFonts w:asciiTheme="majorHAnsi" w:hAnsiTheme="majorHAnsi" w:cstheme="majorHAnsi"/>
          <w:b/>
          <w:color w:val="1E3A8A"/>
          <w:sz w:val="24"/>
          <w:szCs w:val="24"/>
        </w:rPr>
        <w:t>Πρωτε</w:t>
      </w:r>
      <w:r>
        <w:rPr>
          <w:rFonts w:asciiTheme="majorHAnsi" w:hAnsiTheme="majorHAnsi" w:cstheme="majorHAnsi"/>
          <w:b/>
          <w:color w:val="1E3A8A"/>
          <w:sz w:val="24"/>
          <w:szCs w:val="24"/>
          <w:lang w:val="el-GR"/>
        </w:rPr>
        <w:t>ύουσες</w:t>
      </w:r>
      <w:proofErr w:type="spellEnd"/>
    </w:p>
    <w:tbl>
      <w:tblPr>
        <w:tblStyle w:val="af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3701"/>
      </w:tblGrid>
      <w:tr w:rsidR="00434390" w:rsidRPr="00DF5B42" w14:paraId="726AA5FF" w14:textId="77777777" w:rsidTr="00712030">
        <w:trPr>
          <w:trHeight w:val="454"/>
        </w:trPr>
        <w:tc>
          <w:tcPr>
            <w:tcW w:w="4608" w:type="dxa"/>
            <w:shd w:val="clear" w:color="auto" w:fill="FFFFFF" w:themeFill="background1"/>
          </w:tcPr>
          <w:p w14:paraId="5BF7A99A" w14:textId="77777777" w:rsidR="00434390" w:rsidRPr="00DF5B42" w:rsidRDefault="00434390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ΝΟΜΟ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Σ</w:t>
            </w:r>
          </w:p>
        </w:tc>
        <w:tc>
          <w:tcPr>
            <w:tcW w:w="3701" w:type="dxa"/>
            <w:shd w:val="clear" w:color="auto" w:fill="FFFFFF" w:themeFill="background1"/>
          </w:tcPr>
          <w:p w14:paraId="47325EC6" w14:textId="77777777" w:rsidR="00434390" w:rsidRPr="00DF5B42" w:rsidRDefault="00434390" w:rsidP="00712030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</w:pPr>
            <w:r w:rsidRPr="00DF5B42"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ΠΡΩΤΕΥΟΥΣ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32"/>
                <w:u w:val="single"/>
                <w:lang w:val="el-GR"/>
              </w:rPr>
              <w:t>Α</w:t>
            </w:r>
          </w:p>
        </w:tc>
      </w:tr>
      <w:tr w:rsidR="00434390" w:rsidRPr="00DF5B42" w14:paraId="39E23EB5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006F2033" w14:textId="285C4794" w:rsidR="00434390" w:rsidRPr="00DF5B42" w:rsidRDefault="00434390" w:rsidP="00434390">
            <w:pPr>
              <w:pStyle w:val="aa"/>
              <w:numPr>
                <w:ilvl w:val="0"/>
                <w:numId w:val="16"/>
              </w:numPr>
              <w:ind w:left="-73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Χ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...</w:t>
            </w:r>
          </w:p>
        </w:tc>
        <w:tc>
          <w:tcPr>
            <w:tcW w:w="3701" w:type="dxa"/>
            <w:vAlign w:val="center"/>
          </w:tcPr>
          <w:p w14:paraId="4233020B" w14:textId="77777777" w:rsidR="00434390" w:rsidRPr="00DF5B42" w:rsidRDefault="00434390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34390" w:rsidRPr="00DF5B42" w14:paraId="269F333C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378C7B79" w14:textId="721A093F" w:rsidR="00434390" w:rsidRPr="00DF5B42" w:rsidRDefault="00434390" w:rsidP="00434390">
            <w:pPr>
              <w:pStyle w:val="aa"/>
              <w:numPr>
                <w:ilvl w:val="0"/>
                <w:numId w:val="16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Ρ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…..</w:t>
            </w:r>
          </w:p>
        </w:tc>
        <w:tc>
          <w:tcPr>
            <w:tcW w:w="3701" w:type="dxa"/>
            <w:vAlign w:val="center"/>
          </w:tcPr>
          <w:p w14:paraId="2369A301" w14:textId="77777777" w:rsidR="00434390" w:rsidRPr="00DF5B42" w:rsidRDefault="00434390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34390" w:rsidRPr="00DF5B42" w14:paraId="3B7954DF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447D3E6B" w14:textId="4D0DA25C" w:rsidR="00434390" w:rsidRPr="00DF5B42" w:rsidRDefault="00434390" w:rsidP="00434390">
            <w:pPr>
              <w:pStyle w:val="aa"/>
              <w:numPr>
                <w:ilvl w:val="0"/>
                <w:numId w:val="16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Η</w:t>
            </w:r>
            <w:r w:rsidRPr="00DF5B42"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….</w:t>
            </w:r>
          </w:p>
        </w:tc>
        <w:tc>
          <w:tcPr>
            <w:tcW w:w="3701" w:type="dxa"/>
            <w:vAlign w:val="center"/>
          </w:tcPr>
          <w:p w14:paraId="13D05C80" w14:textId="77777777" w:rsidR="00434390" w:rsidRPr="00DF5B42" w:rsidRDefault="00434390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  <w:tr w:rsidR="00434390" w:rsidRPr="00DF5B42" w14:paraId="70F1E423" w14:textId="77777777" w:rsidTr="00712030">
        <w:trPr>
          <w:trHeight w:val="397"/>
        </w:trPr>
        <w:tc>
          <w:tcPr>
            <w:tcW w:w="4608" w:type="dxa"/>
            <w:vAlign w:val="center"/>
          </w:tcPr>
          <w:p w14:paraId="38B9B598" w14:textId="587D6B67" w:rsidR="00434390" w:rsidRPr="00DF5B42" w:rsidRDefault="00434390" w:rsidP="00434390">
            <w:pPr>
              <w:pStyle w:val="aa"/>
              <w:numPr>
                <w:ilvl w:val="0"/>
                <w:numId w:val="16"/>
              </w:numPr>
              <w:ind w:left="-107"/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Λ</w:t>
            </w: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……………………………………….</w:t>
            </w:r>
          </w:p>
        </w:tc>
        <w:tc>
          <w:tcPr>
            <w:tcW w:w="3701" w:type="dxa"/>
            <w:vAlign w:val="center"/>
          </w:tcPr>
          <w:p w14:paraId="4778661B" w14:textId="77777777" w:rsidR="00434390" w:rsidRDefault="00434390" w:rsidP="00712030">
            <w:pPr>
              <w:jc w:val="center"/>
              <w:rPr>
                <w:rFonts w:asciiTheme="majorHAnsi" w:hAnsiTheme="majorHAnsi" w:cstheme="majorHAnsi"/>
                <w:sz w:val="24"/>
                <w:szCs w:val="28"/>
                <w:lang w:val="el-GR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lang w:val="el-GR"/>
              </w:rPr>
              <w:t>…………………………………………….</w:t>
            </w:r>
          </w:p>
        </w:tc>
      </w:tr>
    </w:tbl>
    <w:p w14:paraId="096FEFBD" w14:textId="7B06DF65" w:rsidR="00E03065" w:rsidRPr="00C23AD4" w:rsidRDefault="00E03065">
      <w:pPr>
        <w:rPr>
          <w:rFonts w:asciiTheme="majorHAnsi" w:hAnsiTheme="majorHAnsi" w:cstheme="majorHAnsi"/>
          <w:lang w:val="el-GR"/>
        </w:rPr>
      </w:pPr>
    </w:p>
    <w:p w14:paraId="704C41B1" w14:textId="51AED903" w:rsidR="00E03065" w:rsidRPr="00DF5B42" w:rsidRDefault="00434390">
      <w:pPr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3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Φυσικό Περιβάλλον</w:t>
      </w:r>
    </w:p>
    <w:p w14:paraId="5888CF88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Βουνά: ……………………………………………………………………………………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…………………………………………….</w:t>
      </w:r>
    </w:p>
    <w:p w14:paraId="138E6C9A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Πεδιάδες: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…………………………………………………………………………………………………………………………….</w:t>
      </w:r>
    </w:p>
    <w:p w14:paraId="59E8FB67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• Ποτάμια: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 ………………………………………………………………………………………………………………………………</w:t>
      </w:r>
    </w:p>
    <w:p w14:paraId="5A0185BE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Λίμνες / Βιότοποι: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………………………………………………………………………………………………………………..</w:t>
      </w:r>
    </w:p>
    <w:p w14:paraId="0774B660" w14:textId="77777777" w:rsidR="00434390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Νησιά: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………………………………………………………………………………………………………………………………….</w:t>
      </w:r>
    </w:p>
    <w:p w14:paraId="23852704" w14:textId="77777777" w:rsidR="00434390" w:rsidRPr="00DF5B42" w:rsidRDefault="00434390" w:rsidP="00434390">
      <w:pPr>
        <w:spacing w:after="80"/>
        <w:rPr>
          <w:rFonts w:asciiTheme="majorHAnsi" w:hAnsiTheme="majorHAnsi" w:cstheme="majorHAnsi"/>
          <w:bCs/>
          <w:color w:val="auto"/>
          <w:sz w:val="28"/>
          <w:szCs w:val="32"/>
          <w:lang w:val="el-GR"/>
        </w:rPr>
      </w:pP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•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Ιδιαίτερα φυτά / Ζώα</w:t>
      </w:r>
      <w:r w:rsidRPr="00DF5B42"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 xml:space="preserve">: </w:t>
      </w:r>
      <w:r>
        <w:rPr>
          <w:rFonts w:asciiTheme="majorHAnsi" w:hAnsiTheme="majorHAnsi" w:cstheme="majorHAnsi"/>
          <w:bCs/>
          <w:color w:val="auto"/>
          <w:sz w:val="24"/>
          <w:szCs w:val="32"/>
          <w:lang w:val="el-GR"/>
        </w:rPr>
        <w:t>………………………………………………………………………………………………………….</w:t>
      </w:r>
    </w:p>
    <w:p w14:paraId="37473A7A" w14:textId="2A30FEFB" w:rsidR="00E03065" w:rsidRPr="00DF5B42" w:rsidRDefault="00434390">
      <w:pPr>
        <w:spacing w:before="280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b/>
          <w:color w:val="1E3A8A"/>
          <w:sz w:val="24"/>
          <w:lang w:val="el-GR"/>
        </w:rPr>
        <w:t>4</w:t>
      </w:r>
      <w:r w:rsidR="00000000" w:rsidRPr="00DF5B42">
        <w:rPr>
          <w:rFonts w:asciiTheme="majorHAnsi" w:hAnsiTheme="majorHAnsi" w:cstheme="majorHAnsi"/>
          <w:b/>
          <w:color w:val="1E3A8A"/>
          <w:sz w:val="24"/>
          <w:lang w:val="el-GR"/>
        </w:rPr>
        <w:t>. Ασκήσεις Κατανόησης</w:t>
      </w:r>
    </w:p>
    <w:p w14:paraId="429B2792" w14:textId="77777777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1. Ποιο είναι το ψηλότερο βουνό της Κρήτης;</w:t>
      </w:r>
    </w:p>
    <w:p w14:paraId="5549F04B" w14:textId="77777777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10944870" w14:textId="77777777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2. Πώς ονομάζεται το παγκοσμίως γνωστό φαράγγι στον Νομό Χανίων;</w:t>
      </w:r>
    </w:p>
    <w:p w14:paraId="23ABA657" w14:textId="77777777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p w14:paraId="0B190D2F" w14:textId="77777777" w:rsidR="00E03065" w:rsidRPr="00434390" w:rsidRDefault="00000000">
      <w:pPr>
        <w:spacing w:after="120"/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sz w:val="22"/>
          <w:szCs w:val="28"/>
          <w:lang w:val="el-GR"/>
        </w:rPr>
        <w:t>3. Ποιο είναι το νοτιότερο νησί της Ελλάδας και ολόκληρης της Ευρώπης;</w:t>
      </w:r>
    </w:p>
    <w:p w14:paraId="18FAA0B1" w14:textId="5BCA4D5D" w:rsidR="00E03065" w:rsidRPr="00434390" w:rsidRDefault="00000000">
      <w:pPr>
        <w:rPr>
          <w:rFonts w:asciiTheme="majorHAnsi" w:hAnsiTheme="majorHAnsi" w:cstheme="majorHAnsi"/>
          <w:bCs/>
          <w:sz w:val="24"/>
          <w:szCs w:val="28"/>
          <w:lang w:val="el-GR"/>
        </w:rPr>
      </w:pPr>
      <w:r w:rsidRPr="00434390">
        <w:rPr>
          <w:rFonts w:asciiTheme="majorHAnsi" w:hAnsiTheme="majorHAnsi" w:cstheme="majorHAnsi"/>
          <w:bCs/>
          <w:color w:val="64748B"/>
          <w:sz w:val="22"/>
          <w:szCs w:val="28"/>
          <w:lang w:val="el-GR"/>
        </w:rPr>
        <w:t>Απάντηση: ..................................................................................................................................................</w:t>
      </w:r>
    </w:p>
    <w:sectPr w:rsidR="00E03065" w:rsidRPr="00434390" w:rsidSect="009E34C4">
      <w:pgSz w:w="11909" w:h="16834"/>
      <w:pgMar w:top="680" w:right="1009" w:bottom="680" w:left="10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023039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F64F3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B1F92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A4450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F3566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240FF"/>
    <w:multiLevelType w:val="hybridMultilevel"/>
    <w:tmpl w:val="C86A32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65564"/>
    <w:multiLevelType w:val="hybridMultilevel"/>
    <w:tmpl w:val="C86A32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92227">
    <w:abstractNumId w:val="8"/>
  </w:num>
  <w:num w:numId="2" w16cid:durableId="2119325699">
    <w:abstractNumId w:val="6"/>
  </w:num>
  <w:num w:numId="3" w16cid:durableId="1934514447">
    <w:abstractNumId w:val="5"/>
  </w:num>
  <w:num w:numId="4" w16cid:durableId="749889239">
    <w:abstractNumId w:val="4"/>
  </w:num>
  <w:num w:numId="5" w16cid:durableId="1017080658">
    <w:abstractNumId w:val="7"/>
  </w:num>
  <w:num w:numId="6" w16cid:durableId="2028215062">
    <w:abstractNumId w:val="3"/>
  </w:num>
  <w:num w:numId="7" w16cid:durableId="1066799732">
    <w:abstractNumId w:val="2"/>
  </w:num>
  <w:num w:numId="8" w16cid:durableId="697269752">
    <w:abstractNumId w:val="1"/>
  </w:num>
  <w:num w:numId="9" w16cid:durableId="827399701">
    <w:abstractNumId w:val="0"/>
  </w:num>
  <w:num w:numId="10" w16cid:durableId="901215592">
    <w:abstractNumId w:val="15"/>
  </w:num>
  <w:num w:numId="11" w16cid:durableId="1442451476">
    <w:abstractNumId w:val="11"/>
  </w:num>
  <w:num w:numId="12" w16cid:durableId="845022440">
    <w:abstractNumId w:val="9"/>
  </w:num>
  <w:num w:numId="13" w16cid:durableId="839390269">
    <w:abstractNumId w:val="14"/>
  </w:num>
  <w:num w:numId="14" w16cid:durableId="2017997888">
    <w:abstractNumId w:val="10"/>
  </w:num>
  <w:num w:numId="15" w16cid:durableId="1316573315">
    <w:abstractNumId w:val="13"/>
  </w:num>
  <w:num w:numId="16" w16cid:durableId="213970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326"/>
    <w:rsid w:val="0029639D"/>
    <w:rsid w:val="00326F90"/>
    <w:rsid w:val="00346FA9"/>
    <w:rsid w:val="003604A4"/>
    <w:rsid w:val="00424D56"/>
    <w:rsid w:val="00434390"/>
    <w:rsid w:val="006335A1"/>
    <w:rsid w:val="0067235E"/>
    <w:rsid w:val="006803BC"/>
    <w:rsid w:val="009E34C4"/>
    <w:rsid w:val="00AA1D8D"/>
    <w:rsid w:val="00AC64C7"/>
    <w:rsid w:val="00B47730"/>
    <w:rsid w:val="00C23AD4"/>
    <w:rsid w:val="00C31113"/>
    <w:rsid w:val="00C819E4"/>
    <w:rsid w:val="00CB0664"/>
    <w:rsid w:val="00DF5B42"/>
    <w:rsid w:val="00E030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D195F"/>
  <w14:defaultImageDpi w14:val="300"/>
  <w15:docId w15:val="{DE4BCA12-83BB-43CA-9F25-DD93194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DejaVu Sans" w:hAnsi="DejaVu Sans"/>
      <w:color w:val="334155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2527</Words>
  <Characters>13646</Characters>
  <Application>Microsoft Office Word</Application>
  <DocSecurity>0</DocSecurity>
  <Lines>113</Lines>
  <Paragraphs>32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 Zervou</cp:lastModifiedBy>
  <cp:revision>3</cp:revision>
  <cp:lastPrinted>2026-09-22T19:24:00Z</cp:lastPrinted>
  <dcterms:created xsi:type="dcterms:W3CDTF">2026-09-22T18:51:00Z</dcterms:created>
  <dcterms:modified xsi:type="dcterms:W3CDTF">2026-09-22T19:25:00Z</dcterms:modified>
  <cp:category/>
</cp:coreProperties>
</file>